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5FB34" w14:textId="4E3BD176" w:rsidR="000956CC" w:rsidRDefault="000956CC" w:rsidP="000956CC">
      <w:pPr>
        <w:jc w:val="right"/>
        <w:rPr>
          <w:b/>
          <w:sz w:val="32"/>
        </w:rPr>
      </w:pPr>
      <w:r>
        <w:rPr>
          <w:b/>
          <w:sz w:val="32"/>
        </w:rPr>
        <w:t>Appendix I</w:t>
      </w:r>
    </w:p>
    <w:p w14:paraId="05F7ECCC" w14:textId="77777777" w:rsidR="000956CC" w:rsidRDefault="000956CC" w:rsidP="000956CC">
      <w:pPr>
        <w:jc w:val="right"/>
        <w:rPr>
          <w:b/>
          <w:sz w:val="32"/>
        </w:rPr>
      </w:pPr>
    </w:p>
    <w:p w14:paraId="7CFFFF8E" w14:textId="4513A035" w:rsidR="00C2552D" w:rsidRDefault="00954079">
      <w:pPr>
        <w:jc w:val="center"/>
      </w:pPr>
      <w:r>
        <w:rPr>
          <w:b/>
          <w:sz w:val="32"/>
        </w:rPr>
        <w:t>California FFA Forestry CDE Code Insert</w:t>
      </w:r>
    </w:p>
    <w:p w14:paraId="7CFFFF8F" w14:textId="77777777" w:rsidR="00C2552D" w:rsidRDefault="00954079">
      <w:pPr>
        <w:jc w:val="center"/>
      </w:pPr>
      <w:r>
        <w:rPr>
          <w:b/>
          <w:sz w:val="28"/>
        </w:rPr>
        <w:t>Forest Business Management Scenario - 30-Minute Objective Team Event</w:t>
      </w:r>
    </w:p>
    <w:p w14:paraId="7CFFFF90" w14:textId="77777777" w:rsidR="00C2552D" w:rsidRDefault="00954079">
      <w:r>
        <w:t>This document is written as insertion-ready language for the California FFA Forestry Curricular Code. The event is designed to be completed in 30 minutes and graded objectively using an official answer key.</w:t>
      </w:r>
    </w:p>
    <w:p w14:paraId="7CFFFF91" w14:textId="77777777" w:rsidR="00C2552D" w:rsidRDefault="00954079">
      <w:pPr>
        <w:pStyle w:val="Heading1"/>
      </w:pPr>
      <w:r>
        <w:t>AREA 8 - Forest Business Management Scenario</w:t>
      </w:r>
    </w:p>
    <w:p w14:paraId="7CFFFF92" w14:textId="77777777" w:rsidR="00C2552D" w:rsidRDefault="00954079">
      <w:r>
        <w:rPr>
          <w:b/>
        </w:rPr>
        <w:t>200 points possible - team score only</w:t>
      </w:r>
    </w:p>
    <w:p w14:paraId="7CFFFF93" w14:textId="77777777" w:rsidR="00C2552D" w:rsidRDefault="00954079">
      <w:r>
        <w:rPr>
          <w:b/>
        </w:rPr>
        <w:t>Time allowed: 30 minutes</w:t>
      </w:r>
    </w:p>
    <w:p w14:paraId="7CFFFF94" w14:textId="77777777" w:rsidR="00C2552D" w:rsidRDefault="00954079">
      <w:pPr>
        <w:pStyle w:val="Heading2"/>
      </w:pPr>
      <w:r>
        <w:t>Event Description</w:t>
      </w:r>
    </w:p>
    <w:p w14:paraId="7CFFFF95" w14:textId="77777777" w:rsidR="00C2552D" w:rsidRDefault="00954079">
      <w:r>
        <w:t>The Forest Business Management Scenario will be a team activity worth 200 points. Each team will be provided with a written California forestry scenario involving a forest operation, forest ownership decision, timber stand condition, product market, or resource management problem.</w:t>
      </w:r>
    </w:p>
    <w:p w14:paraId="7CFFFF96" w14:textId="77777777" w:rsidR="00C2552D" w:rsidRDefault="00954079">
      <w:r>
        <w:t>The scenario may include information related to timber volume, stumpage value, logging cost, trucking cost, reforestation cost, fuel reduction cost, pest or disease impacts, fire risk, product marketing, biomass utilization, equipment cost, labor cost, depreciation, profit/loss, cost-share opportunities, or record keeping.</w:t>
      </w:r>
    </w:p>
    <w:p w14:paraId="7CFFFF97" w14:textId="77777777" w:rsidR="00C2552D" w:rsidRDefault="00954079">
      <w:r>
        <w:t>Teams will use the information provided to complete an objective answer sheet. The answer sheet may include calculations, multiple choice, true/false, matching, ranking, and short-answer questions with specific accepted responses. The activity shall be scored using a contest-provided answer key. Subjective written responses shall not be required for scoring.</w:t>
      </w:r>
    </w:p>
    <w:p w14:paraId="7CFFFF98" w14:textId="77777777" w:rsidR="00C2552D" w:rsidRDefault="00954079">
      <w:r>
        <w:t>A maximum of 20 questions or problems may be used. All four team members may work together. Only one answer sheet will be submitted per team.</w:t>
      </w:r>
    </w:p>
    <w:p w14:paraId="7CFFFF99" w14:textId="77777777" w:rsidR="00C2552D" w:rsidRDefault="00954079">
      <w:pPr>
        <w:pStyle w:val="Heading2"/>
      </w:pPr>
      <w:r>
        <w:t>Objective Scoring Requirement</w:t>
      </w:r>
    </w:p>
    <w:p w14:paraId="7CFFFF9A" w14:textId="77777777" w:rsidR="00C2552D" w:rsidRDefault="00954079">
      <w:r>
        <w:t>The Forest Business Management Scenario shall be scored objectively. Numeric answers shall be graded using the official answer key and accepted tolerance ranges when appropriate. Multiple choice, true/false, matching, and ranking questions shall be scored according to the official answer key. Short-answer questions may be used only when the official answer key provides specific acceptable responses.</w:t>
      </w:r>
    </w:p>
    <w:p w14:paraId="7CFFFF9B" w14:textId="77777777" w:rsidR="00C2552D" w:rsidRDefault="00954079">
      <w:r>
        <w:t>No points shall be awarded for writing style, grammar, persuasiveness, or judge preference. A final recommendation may be included, but it must be scored as a selected-response or coded-response question.</w:t>
      </w:r>
    </w:p>
    <w:p w14:paraId="7CFFFF9C" w14:textId="77777777" w:rsidR="00C2552D" w:rsidRDefault="00954079">
      <w:pPr>
        <w:pStyle w:val="Heading2"/>
      </w:pPr>
      <w:r>
        <w:t>Recommended 200-Point Scoring Breakdown</w:t>
      </w:r>
    </w:p>
    <w:tbl>
      <w:tblPr>
        <w:tblStyle w:val="TableGrid"/>
        <w:tblW w:w="0" w:type="auto"/>
        <w:jc w:val="center"/>
        <w:tblLook w:val="04A0" w:firstRow="1" w:lastRow="0" w:firstColumn="1" w:lastColumn="0" w:noHBand="0" w:noVBand="1"/>
      </w:tblPr>
      <w:tblGrid>
        <w:gridCol w:w="3165"/>
        <w:gridCol w:w="3452"/>
        <w:gridCol w:w="2302"/>
        <w:gridCol w:w="1439"/>
      </w:tblGrid>
      <w:tr w:rsidR="00C2552D" w14:paraId="7CFFFFA1" w14:textId="77777777">
        <w:trPr>
          <w:tblHeader/>
          <w:jc w:val="center"/>
        </w:trPr>
        <w:tc>
          <w:tcPr>
            <w:tcW w:w="3168" w:type="dxa"/>
            <w:shd w:val="clear" w:color="auto" w:fill="D9EAD3"/>
            <w:vAlign w:val="center"/>
          </w:tcPr>
          <w:p w14:paraId="7CFFFF9D" w14:textId="77777777" w:rsidR="00C2552D" w:rsidRDefault="00954079">
            <w:r>
              <w:rPr>
                <w:b/>
                <w:sz w:val="20"/>
              </w:rPr>
              <w:t>Section</w:t>
            </w:r>
          </w:p>
        </w:tc>
        <w:tc>
          <w:tcPr>
            <w:tcW w:w="3456" w:type="dxa"/>
            <w:shd w:val="clear" w:color="auto" w:fill="D9EAD3"/>
            <w:vAlign w:val="center"/>
          </w:tcPr>
          <w:p w14:paraId="7CFFFF9E" w14:textId="77777777" w:rsidR="00C2552D" w:rsidRDefault="00954079">
            <w:r>
              <w:rPr>
                <w:b/>
                <w:sz w:val="20"/>
              </w:rPr>
              <w:t>Question Type</w:t>
            </w:r>
          </w:p>
        </w:tc>
        <w:tc>
          <w:tcPr>
            <w:tcW w:w="2304" w:type="dxa"/>
            <w:shd w:val="clear" w:color="auto" w:fill="D9EAD3"/>
            <w:vAlign w:val="center"/>
          </w:tcPr>
          <w:p w14:paraId="7CFFFF9F" w14:textId="77777777" w:rsidR="00C2552D" w:rsidRDefault="00954079">
            <w:r>
              <w:rPr>
                <w:b/>
                <w:sz w:val="20"/>
              </w:rPr>
              <w:t>Number of Questions</w:t>
            </w:r>
          </w:p>
        </w:tc>
        <w:tc>
          <w:tcPr>
            <w:tcW w:w="1440" w:type="dxa"/>
            <w:shd w:val="clear" w:color="auto" w:fill="D9EAD3"/>
            <w:vAlign w:val="center"/>
          </w:tcPr>
          <w:p w14:paraId="7CFFFFA0" w14:textId="77777777" w:rsidR="00C2552D" w:rsidRDefault="00954079">
            <w:r>
              <w:rPr>
                <w:b/>
                <w:sz w:val="20"/>
              </w:rPr>
              <w:t>Points</w:t>
            </w:r>
          </w:p>
        </w:tc>
      </w:tr>
      <w:tr w:rsidR="00C2552D" w14:paraId="7CFFFFA6" w14:textId="77777777">
        <w:trPr>
          <w:jc w:val="center"/>
        </w:trPr>
        <w:tc>
          <w:tcPr>
            <w:tcW w:w="3168" w:type="dxa"/>
            <w:vAlign w:val="center"/>
          </w:tcPr>
          <w:p w14:paraId="7CFFFFA2" w14:textId="77777777" w:rsidR="00C2552D" w:rsidRDefault="00954079">
            <w:r>
              <w:rPr>
                <w:sz w:val="20"/>
              </w:rPr>
              <w:t>Scenario interpretation</w:t>
            </w:r>
          </w:p>
        </w:tc>
        <w:tc>
          <w:tcPr>
            <w:tcW w:w="3456" w:type="dxa"/>
            <w:vAlign w:val="center"/>
          </w:tcPr>
          <w:p w14:paraId="7CFFFFA3" w14:textId="77777777" w:rsidR="00C2552D" w:rsidRDefault="00954079">
            <w:r>
              <w:rPr>
                <w:sz w:val="20"/>
              </w:rPr>
              <w:t>Multiple choice / matching</w:t>
            </w:r>
          </w:p>
        </w:tc>
        <w:tc>
          <w:tcPr>
            <w:tcW w:w="2304" w:type="dxa"/>
            <w:vAlign w:val="center"/>
          </w:tcPr>
          <w:p w14:paraId="7CFFFFA4" w14:textId="77777777" w:rsidR="00C2552D" w:rsidRDefault="00954079">
            <w:r>
              <w:rPr>
                <w:sz w:val="20"/>
              </w:rPr>
              <w:t>5</w:t>
            </w:r>
          </w:p>
        </w:tc>
        <w:tc>
          <w:tcPr>
            <w:tcW w:w="1440" w:type="dxa"/>
            <w:vAlign w:val="center"/>
          </w:tcPr>
          <w:p w14:paraId="7CFFFFA5" w14:textId="77777777" w:rsidR="00C2552D" w:rsidRDefault="00954079">
            <w:r>
              <w:rPr>
                <w:sz w:val="20"/>
              </w:rPr>
              <w:t>25</w:t>
            </w:r>
          </w:p>
        </w:tc>
      </w:tr>
      <w:tr w:rsidR="00C2552D" w14:paraId="7CFFFFAB" w14:textId="77777777">
        <w:trPr>
          <w:jc w:val="center"/>
        </w:trPr>
        <w:tc>
          <w:tcPr>
            <w:tcW w:w="3168" w:type="dxa"/>
            <w:vAlign w:val="center"/>
          </w:tcPr>
          <w:p w14:paraId="7CFFFFA7" w14:textId="77777777" w:rsidR="00C2552D" w:rsidRDefault="00954079">
            <w:r>
              <w:rPr>
                <w:sz w:val="20"/>
              </w:rPr>
              <w:t>Forestry and business calculations</w:t>
            </w:r>
          </w:p>
        </w:tc>
        <w:tc>
          <w:tcPr>
            <w:tcW w:w="3456" w:type="dxa"/>
            <w:vAlign w:val="center"/>
          </w:tcPr>
          <w:p w14:paraId="7CFFFFA8" w14:textId="77777777" w:rsidR="00C2552D" w:rsidRDefault="00954079">
            <w:r>
              <w:rPr>
                <w:sz w:val="20"/>
              </w:rPr>
              <w:t>Numeric answers</w:t>
            </w:r>
          </w:p>
        </w:tc>
        <w:tc>
          <w:tcPr>
            <w:tcW w:w="2304" w:type="dxa"/>
            <w:vAlign w:val="center"/>
          </w:tcPr>
          <w:p w14:paraId="7CFFFFA9" w14:textId="77777777" w:rsidR="00C2552D" w:rsidRDefault="00954079">
            <w:r>
              <w:rPr>
                <w:sz w:val="20"/>
              </w:rPr>
              <w:t>8</w:t>
            </w:r>
          </w:p>
        </w:tc>
        <w:tc>
          <w:tcPr>
            <w:tcW w:w="1440" w:type="dxa"/>
            <w:vAlign w:val="center"/>
          </w:tcPr>
          <w:p w14:paraId="7CFFFFAA" w14:textId="77777777" w:rsidR="00C2552D" w:rsidRDefault="00954079">
            <w:r>
              <w:rPr>
                <w:sz w:val="20"/>
              </w:rPr>
              <w:t>80</w:t>
            </w:r>
          </w:p>
        </w:tc>
      </w:tr>
      <w:tr w:rsidR="00C2552D" w14:paraId="7CFFFFB0" w14:textId="77777777">
        <w:trPr>
          <w:jc w:val="center"/>
        </w:trPr>
        <w:tc>
          <w:tcPr>
            <w:tcW w:w="3168" w:type="dxa"/>
            <w:vAlign w:val="center"/>
          </w:tcPr>
          <w:p w14:paraId="7CFFFFAC" w14:textId="77777777" w:rsidR="00C2552D" w:rsidRDefault="00954079">
            <w:r>
              <w:rPr>
                <w:sz w:val="20"/>
              </w:rPr>
              <w:t>Economic comparison</w:t>
            </w:r>
          </w:p>
        </w:tc>
        <w:tc>
          <w:tcPr>
            <w:tcW w:w="3456" w:type="dxa"/>
            <w:vAlign w:val="center"/>
          </w:tcPr>
          <w:p w14:paraId="7CFFFFAD" w14:textId="77777777" w:rsidR="00C2552D" w:rsidRDefault="00954079">
            <w:r>
              <w:rPr>
                <w:sz w:val="20"/>
              </w:rPr>
              <w:t>Multiple choice / numeric</w:t>
            </w:r>
          </w:p>
        </w:tc>
        <w:tc>
          <w:tcPr>
            <w:tcW w:w="2304" w:type="dxa"/>
            <w:vAlign w:val="center"/>
          </w:tcPr>
          <w:p w14:paraId="7CFFFFAE" w14:textId="77777777" w:rsidR="00C2552D" w:rsidRDefault="00954079">
            <w:r>
              <w:rPr>
                <w:sz w:val="20"/>
              </w:rPr>
              <w:t>4</w:t>
            </w:r>
          </w:p>
        </w:tc>
        <w:tc>
          <w:tcPr>
            <w:tcW w:w="1440" w:type="dxa"/>
            <w:vAlign w:val="center"/>
          </w:tcPr>
          <w:p w14:paraId="7CFFFFAF" w14:textId="77777777" w:rsidR="00C2552D" w:rsidRDefault="00954079">
            <w:r>
              <w:rPr>
                <w:sz w:val="20"/>
              </w:rPr>
              <w:t>40</w:t>
            </w:r>
          </w:p>
        </w:tc>
      </w:tr>
      <w:tr w:rsidR="00C2552D" w14:paraId="7CFFFFB5" w14:textId="77777777">
        <w:trPr>
          <w:jc w:val="center"/>
        </w:trPr>
        <w:tc>
          <w:tcPr>
            <w:tcW w:w="3168" w:type="dxa"/>
            <w:vAlign w:val="center"/>
          </w:tcPr>
          <w:p w14:paraId="7CFFFFB1" w14:textId="77777777" w:rsidR="00C2552D" w:rsidRDefault="00954079">
            <w:r>
              <w:rPr>
                <w:sz w:val="20"/>
              </w:rPr>
              <w:t>Management decision</w:t>
            </w:r>
          </w:p>
        </w:tc>
        <w:tc>
          <w:tcPr>
            <w:tcW w:w="3456" w:type="dxa"/>
            <w:vAlign w:val="center"/>
          </w:tcPr>
          <w:p w14:paraId="7CFFFFB2" w14:textId="77777777" w:rsidR="00C2552D" w:rsidRDefault="00954079">
            <w:r>
              <w:rPr>
                <w:sz w:val="20"/>
              </w:rPr>
              <w:t>Multiple choice / ranking</w:t>
            </w:r>
          </w:p>
        </w:tc>
        <w:tc>
          <w:tcPr>
            <w:tcW w:w="2304" w:type="dxa"/>
            <w:vAlign w:val="center"/>
          </w:tcPr>
          <w:p w14:paraId="7CFFFFB3" w14:textId="77777777" w:rsidR="00C2552D" w:rsidRDefault="00954079">
            <w:r>
              <w:rPr>
                <w:sz w:val="20"/>
              </w:rPr>
              <w:t>2</w:t>
            </w:r>
          </w:p>
        </w:tc>
        <w:tc>
          <w:tcPr>
            <w:tcW w:w="1440" w:type="dxa"/>
            <w:vAlign w:val="center"/>
          </w:tcPr>
          <w:p w14:paraId="7CFFFFB4" w14:textId="77777777" w:rsidR="00C2552D" w:rsidRDefault="00954079">
            <w:r>
              <w:rPr>
                <w:sz w:val="20"/>
              </w:rPr>
              <w:t>30</w:t>
            </w:r>
          </w:p>
        </w:tc>
      </w:tr>
      <w:tr w:rsidR="00C2552D" w14:paraId="7CFFFFBA" w14:textId="77777777">
        <w:trPr>
          <w:jc w:val="center"/>
        </w:trPr>
        <w:tc>
          <w:tcPr>
            <w:tcW w:w="3168" w:type="dxa"/>
            <w:vAlign w:val="center"/>
          </w:tcPr>
          <w:p w14:paraId="7CFFFFB6" w14:textId="77777777" w:rsidR="00C2552D" w:rsidRDefault="00954079">
            <w:r>
              <w:rPr>
                <w:sz w:val="20"/>
              </w:rPr>
              <w:t>Final recommendation</w:t>
            </w:r>
          </w:p>
        </w:tc>
        <w:tc>
          <w:tcPr>
            <w:tcW w:w="3456" w:type="dxa"/>
            <w:vAlign w:val="center"/>
          </w:tcPr>
          <w:p w14:paraId="7CFFFFB7" w14:textId="77777777" w:rsidR="00C2552D" w:rsidRDefault="00954079">
            <w:r>
              <w:rPr>
                <w:sz w:val="20"/>
              </w:rPr>
              <w:t>Selected response</w:t>
            </w:r>
          </w:p>
        </w:tc>
        <w:tc>
          <w:tcPr>
            <w:tcW w:w="2304" w:type="dxa"/>
            <w:vAlign w:val="center"/>
          </w:tcPr>
          <w:p w14:paraId="7CFFFFB8" w14:textId="77777777" w:rsidR="00C2552D" w:rsidRDefault="00954079">
            <w:r>
              <w:rPr>
                <w:sz w:val="20"/>
              </w:rPr>
              <w:t>1</w:t>
            </w:r>
          </w:p>
        </w:tc>
        <w:tc>
          <w:tcPr>
            <w:tcW w:w="1440" w:type="dxa"/>
            <w:vAlign w:val="center"/>
          </w:tcPr>
          <w:p w14:paraId="7CFFFFB9" w14:textId="77777777" w:rsidR="00C2552D" w:rsidRDefault="00954079">
            <w:r>
              <w:rPr>
                <w:sz w:val="20"/>
              </w:rPr>
              <w:t>25</w:t>
            </w:r>
          </w:p>
        </w:tc>
      </w:tr>
      <w:tr w:rsidR="00C2552D" w14:paraId="7CFFFFBF" w14:textId="77777777">
        <w:trPr>
          <w:jc w:val="center"/>
        </w:trPr>
        <w:tc>
          <w:tcPr>
            <w:tcW w:w="3168" w:type="dxa"/>
            <w:vAlign w:val="center"/>
          </w:tcPr>
          <w:p w14:paraId="7CFFFFBB" w14:textId="77777777" w:rsidR="00C2552D" w:rsidRDefault="00954079">
            <w:r>
              <w:rPr>
                <w:sz w:val="20"/>
              </w:rPr>
              <w:lastRenderedPageBreak/>
              <w:t>Total</w:t>
            </w:r>
          </w:p>
        </w:tc>
        <w:tc>
          <w:tcPr>
            <w:tcW w:w="3456" w:type="dxa"/>
            <w:vAlign w:val="center"/>
          </w:tcPr>
          <w:p w14:paraId="7CFFFFBC" w14:textId="77777777" w:rsidR="00C2552D" w:rsidRDefault="00C2552D"/>
        </w:tc>
        <w:tc>
          <w:tcPr>
            <w:tcW w:w="2304" w:type="dxa"/>
            <w:vAlign w:val="center"/>
          </w:tcPr>
          <w:p w14:paraId="7CFFFFBD" w14:textId="77777777" w:rsidR="00C2552D" w:rsidRDefault="00954079">
            <w:r>
              <w:rPr>
                <w:sz w:val="20"/>
              </w:rPr>
              <w:t>20</w:t>
            </w:r>
          </w:p>
        </w:tc>
        <w:tc>
          <w:tcPr>
            <w:tcW w:w="1440" w:type="dxa"/>
            <w:vAlign w:val="center"/>
          </w:tcPr>
          <w:p w14:paraId="7CFFFFBE" w14:textId="77777777" w:rsidR="00C2552D" w:rsidRDefault="00954079">
            <w:r>
              <w:rPr>
                <w:sz w:val="20"/>
              </w:rPr>
              <w:t>200</w:t>
            </w:r>
          </w:p>
        </w:tc>
      </w:tr>
    </w:tbl>
    <w:p w14:paraId="7CFFFFC0" w14:textId="77777777" w:rsidR="00C2552D" w:rsidRDefault="00954079">
      <w:pPr>
        <w:pStyle w:val="Heading2"/>
      </w:pPr>
      <w:r>
        <w:t>Recommended Answer Sheet Format</w:t>
      </w:r>
    </w:p>
    <w:p w14:paraId="7CFFFFC1" w14:textId="77777777" w:rsidR="00C2552D" w:rsidRDefault="00954079">
      <w:pPr>
        <w:pStyle w:val="ListBullet"/>
      </w:pPr>
      <w:r>
        <w:t>Questions 1-5: scenario interpretation, 5 points each.</w:t>
      </w:r>
    </w:p>
    <w:p w14:paraId="7CFFFFC2" w14:textId="77777777" w:rsidR="00C2552D" w:rsidRDefault="00954079">
      <w:pPr>
        <w:pStyle w:val="ListBullet"/>
      </w:pPr>
      <w:r>
        <w:t>Questions 6-13: forestry and business calculations, 10 points each.</w:t>
      </w:r>
    </w:p>
    <w:p w14:paraId="7CFFFFC3" w14:textId="77777777" w:rsidR="00C2552D" w:rsidRDefault="00954079">
      <w:pPr>
        <w:pStyle w:val="ListBullet"/>
      </w:pPr>
      <w:r>
        <w:t>Questions 14-17: economic comparison, 10 points each.</w:t>
      </w:r>
    </w:p>
    <w:p w14:paraId="7CFFFFC4" w14:textId="77777777" w:rsidR="00C2552D" w:rsidRDefault="00954079">
      <w:pPr>
        <w:pStyle w:val="ListBullet"/>
      </w:pPr>
      <w:r>
        <w:t>Questions 18-19: management decision, 15 points each.</w:t>
      </w:r>
    </w:p>
    <w:p w14:paraId="7CFFFFC5" w14:textId="77777777" w:rsidR="00C2552D" w:rsidRDefault="00954079">
      <w:pPr>
        <w:pStyle w:val="ListBullet"/>
      </w:pPr>
      <w:r>
        <w:t>Question 20: final recommendation, 25 points.</w:t>
      </w:r>
    </w:p>
    <w:p w14:paraId="7CFFFFC6" w14:textId="77777777" w:rsidR="00C2552D" w:rsidRDefault="00954079">
      <w:pPr>
        <w:pStyle w:val="Heading2"/>
      </w:pPr>
      <w:r>
        <w:t>Question Types Allowed</w:t>
      </w:r>
    </w:p>
    <w:p w14:paraId="7CFFFFC7" w14:textId="77777777" w:rsidR="00C2552D" w:rsidRDefault="00954079">
      <w:pPr>
        <w:pStyle w:val="ListBullet"/>
      </w:pPr>
      <w:r>
        <w:t>Numeric calculation questions with exact answers or accepted tolerance ranges.</w:t>
      </w:r>
    </w:p>
    <w:p w14:paraId="7CFFFFC8" w14:textId="77777777" w:rsidR="00C2552D" w:rsidRDefault="00954079">
      <w:pPr>
        <w:pStyle w:val="ListBullet"/>
      </w:pPr>
      <w:r>
        <w:t>Multiple choice questions with one best answer.</w:t>
      </w:r>
    </w:p>
    <w:p w14:paraId="7CFFFFC9" w14:textId="77777777" w:rsidR="00C2552D" w:rsidRDefault="00954079">
      <w:pPr>
        <w:pStyle w:val="ListBullet"/>
      </w:pPr>
      <w:r>
        <w:t>True/false questions when appropriate.</w:t>
      </w:r>
    </w:p>
    <w:p w14:paraId="7CFFFFCA" w14:textId="77777777" w:rsidR="00C2552D" w:rsidRDefault="00954079">
      <w:pPr>
        <w:pStyle w:val="ListBullet"/>
      </w:pPr>
      <w:r>
        <w:t>Matching questions using a fixed answer bank.</w:t>
      </w:r>
    </w:p>
    <w:p w14:paraId="7CFFFFCB" w14:textId="77777777" w:rsidR="00C2552D" w:rsidRDefault="00954079">
      <w:pPr>
        <w:pStyle w:val="ListBullet"/>
      </w:pPr>
      <w:r>
        <w:t>Ranking questions with a single official sequence.</w:t>
      </w:r>
    </w:p>
    <w:p w14:paraId="7CFFFFCC" w14:textId="77777777" w:rsidR="00C2552D" w:rsidRDefault="00954079">
      <w:pPr>
        <w:pStyle w:val="ListBullet"/>
      </w:pPr>
      <w:r>
        <w:t>Short-answer questions only when the answer key lists specific acceptable responses.</w:t>
      </w:r>
    </w:p>
    <w:p w14:paraId="7CFFFFCD" w14:textId="77777777" w:rsidR="00C2552D" w:rsidRDefault="00954079">
      <w:pPr>
        <w:pStyle w:val="Heading2"/>
      </w:pPr>
      <w:r>
        <w:t>Example Scoring Key Format</w:t>
      </w:r>
    </w:p>
    <w:tbl>
      <w:tblPr>
        <w:tblStyle w:val="TableGrid"/>
        <w:tblW w:w="0" w:type="auto"/>
        <w:jc w:val="center"/>
        <w:tblLook w:val="04A0" w:firstRow="1" w:lastRow="0" w:firstColumn="1" w:lastColumn="0" w:noHBand="0" w:noVBand="1"/>
      </w:tblPr>
      <w:tblGrid>
        <w:gridCol w:w="1440"/>
        <w:gridCol w:w="2304"/>
        <w:gridCol w:w="1440"/>
        <w:gridCol w:w="4320"/>
      </w:tblGrid>
      <w:tr w:rsidR="00C2552D" w14:paraId="7CFFFFD2" w14:textId="77777777">
        <w:trPr>
          <w:tblHeader/>
          <w:jc w:val="center"/>
        </w:trPr>
        <w:tc>
          <w:tcPr>
            <w:tcW w:w="1440" w:type="dxa"/>
            <w:shd w:val="clear" w:color="auto" w:fill="D9EAD3"/>
            <w:vAlign w:val="center"/>
          </w:tcPr>
          <w:p w14:paraId="7CFFFFCE" w14:textId="77777777" w:rsidR="00C2552D" w:rsidRDefault="00954079">
            <w:r>
              <w:rPr>
                <w:b/>
                <w:sz w:val="20"/>
              </w:rPr>
              <w:t>Question</w:t>
            </w:r>
          </w:p>
        </w:tc>
        <w:tc>
          <w:tcPr>
            <w:tcW w:w="2304" w:type="dxa"/>
            <w:shd w:val="clear" w:color="auto" w:fill="D9EAD3"/>
            <w:vAlign w:val="center"/>
          </w:tcPr>
          <w:p w14:paraId="7CFFFFCF" w14:textId="77777777" w:rsidR="00C2552D" w:rsidRDefault="00954079">
            <w:r>
              <w:rPr>
                <w:b/>
                <w:sz w:val="20"/>
              </w:rPr>
              <w:t>Correct Answer</w:t>
            </w:r>
          </w:p>
        </w:tc>
        <w:tc>
          <w:tcPr>
            <w:tcW w:w="1440" w:type="dxa"/>
            <w:shd w:val="clear" w:color="auto" w:fill="D9EAD3"/>
            <w:vAlign w:val="center"/>
          </w:tcPr>
          <w:p w14:paraId="7CFFFFD0" w14:textId="77777777" w:rsidR="00C2552D" w:rsidRDefault="00954079">
            <w:r>
              <w:rPr>
                <w:b/>
                <w:sz w:val="20"/>
              </w:rPr>
              <w:t>Points</w:t>
            </w:r>
          </w:p>
        </w:tc>
        <w:tc>
          <w:tcPr>
            <w:tcW w:w="4320" w:type="dxa"/>
            <w:shd w:val="clear" w:color="auto" w:fill="D9EAD3"/>
            <w:vAlign w:val="center"/>
          </w:tcPr>
          <w:p w14:paraId="7CFFFFD1" w14:textId="77777777" w:rsidR="00C2552D" w:rsidRDefault="00954079">
            <w:r>
              <w:rPr>
                <w:b/>
                <w:sz w:val="20"/>
              </w:rPr>
              <w:t>Notes</w:t>
            </w:r>
          </w:p>
        </w:tc>
      </w:tr>
      <w:tr w:rsidR="00C2552D" w14:paraId="7CFFFFD7" w14:textId="77777777">
        <w:trPr>
          <w:jc w:val="center"/>
        </w:trPr>
        <w:tc>
          <w:tcPr>
            <w:tcW w:w="1440" w:type="dxa"/>
            <w:vAlign w:val="center"/>
          </w:tcPr>
          <w:p w14:paraId="7CFFFFD3" w14:textId="77777777" w:rsidR="00C2552D" w:rsidRDefault="00954079">
            <w:r>
              <w:rPr>
                <w:sz w:val="20"/>
              </w:rPr>
              <w:t>1</w:t>
            </w:r>
          </w:p>
        </w:tc>
        <w:tc>
          <w:tcPr>
            <w:tcW w:w="2304" w:type="dxa"/>
            <w:vAlign w:val="center"/>
          </w:tcPr>
          <w:p w14:paraId="7CFFFFD4" w14:textId="77777777" w:rsidR="00C2552D" w:rsidRDefault="00954079">
            <w:r>
              <w:rPr>
                <w:sz w:val="20"/>
              </w:rPr>
              <w:t>B</w:t>
            </w:r>
          </w:p>
        </w:tc>
        <w:tc>
          <w:tcPr>
            <w:tcW w:w="1440" w:type="dxa"/>
            <w:vAlign w:val="center"/>
          </w:tcPr>
          <w:p w14:paraId="7CFFFFD5" w14:textId="77777777" w:rsidR="00C2552D" w:rsidRDefault="00954079">
            <w:r>
              <w:rPr>
                <w:sz w:val="20"/>
              </w:rPr>
              <w:t>5</w:t>
            </w:r>
          </w:p>
        </w:tc>
        <w:tc>
          <w:tcPr>
            <w:tcW w:w="4320" w:type="dxa"/>
            <w:vAlign w:val="center"/>
          </w:tcPr>
          <w:p w14:paraId="7CFFFFD6" w14:textId="77777777" w:rsidR="00C2552D" w:rsidRDefault="00954079">
            <w:r>
              <w:rPr>
                <w:sz w:val="20"/>
              </w:rPr>
              <w:t>Primary landowner objective</w:t>
            </w:r>
          </w:p>
        </w:tc>
      </w:tr>
      <w:tr w:rsidR="00C2552D" w14:paraId="7CFFFFDC" w14:textId="77777777">
        <w:trPr>
          <w:jc w:val="center"/>
        </w:trPr>
        <w:tc>
          <w:tcPr>
            <w:tcW w:w="1440" w:type="dxa"/>
            <w:vAlign w:val="center"/>
          </w:tcPr>
          <w:p w14:paraId="7CFFFFD8" w14:textId="77777777" w:rsidR="00C2552D" w:rsidRDefault="00954079">
            <w:r>
              <w:rPr>
                <w:sz w:val="20"/>
              </w:rPr>
              <w:t>2</w:t>
            </w:r>
          </w:p>
        </w:tc>
        <w:tc>
          <w:tcPr>
            <w:tcW w:w="2304" w:type="dxa"/>
            <w:vAlign w:val="center"/>
          </w:tcPr>
          <w:p w14:paraId="7CFFFFD9" w14:textId="77777777" w:rsidR="00C2552D" w:rsidRDefault="00954079">
            <w:r>
              <w:rPr>
                <w:sz w:val="20"/>
              </w:rPr>
              <w:t>C</w:t>
            </w:r>
          </w:p>
        </w:tc>
        <w:tc>
          <w:tcPr>
            <w:tcW w:w="1440" w:type="dxa"/>
            <w:vAlign w:val="center"/>
          </w:tcPr>
          <w:p w14:paraId="7CFFFFDA" w14:textId="77777777" w:rsidR="00C2552D" w:rsidRDefault="00954079">
            <w:r>
              <w:rPr>
                <w:sz w:val="20"/>
              </w:rPr>
              <w:t>5</w:t>
            </w:r>
          </w:p>
        </w:tc>
        <w:tc>
          <w:tcPr>
            <w:tcW w:w="4320" w:type="dxa"/>
            <w:vAlign w:val="center"/>
          </w:tcPr>
          <w:p w14:paraId="7CFFFFDB" w14:textId="77777777" w:rsidR="00C2552D" w:rsidRDefault="00954079">
            <w:r>
              <w:rPr>
                <w:sz w:val="20"/>
              </w:rPr>
              <w:t>Major stand concern</w:t>
            </w:r>
          </w:p>
        </w:tc>
      </w:tr>
      <w:tr w:rsidR="00C2552D" w14:paraId="7CFFFFE1" w14:textId="77777777">
        <w:trPr>
          <w:jc w:val="center"/>
        </w:trPr>
        <w:tc>
          <w:tcPr>
            <w:tcW w:w="1440" w:type="dxa"/>
            <w:vAlign w:val="center"/>
          </w:tcPr>
          <w:p w14:paraId="7CFFFFDD" w14:textId="77777777" w:rsidR="00C2552D" w:rsidRDefault="00954079">
            <w:r>
              <w:rPr>
                <w:sz w:val="20"/>
              </w:rPr>
              <w:t>6</w:t>
            </w:r>
          </w:p>
        </w:tc>
        <w:tc>
          <w:tcPr>
            <w:tcW w:w="2304" w:type="dxa"/>
            <w:vAlign w:val="center"/>
          </w:tcPr>
          <w:p w14:paraId="7CFFFFDE" w14:textId="77777777" w:rsidR="00C2552D" w:rsidRDefault="00954079">
            <w:r>
              <w:rPr>
                <w:sz w:val="20"/>
              </w:rPr>
              <w:t>$19,950</w:t>
            </w:r>
          </w:p>
        </w:tc>
        <w:tc>
          <w:tcPr>
            <w:tcW w:w="1440" w:type="dxa"/>
            <w:vAlign w:val="center"/>
          </w:tcPr>
          <w:p w14:paraId="7CFFFFDF" w14:textId="77777777" w:rsidR="00C2552D" w:rsidRDefault="00954079">
            <w:r>
              <w:rPr>
                <w:sz w:val="20"/>
              </w:rPr>
              <w:t>10</w:t>
            </w:r>
          </w:p>
        </w:tc>
        <w:tc>
          <w:tcPr>
            <w:tcW w:w="4320" w:type="dxa"/>
            <w:vAlign w:val="center"/>
          </w:tcPr>
          <w:p w14:paraId="7CFFFFE0" w14:textId="77777777" w:rsidR="00C2552D" w:rsidRDefault="00954079">
            <w:r>
              <w:rPr>
                <w:sz w:val="20"/>
              </w:rPr>
              <w:t>Accept $19,945-$19,955</w:t>
            </w:r>
          </w:p>
        </w:tc>
      </w:tr>
      <w:tr w:rsidR="00C2552D" w14:paraId="7CFFFFE6" w14:textId="77777777">
        <w:trPr>
          <w:jc w:val="center"/>
        </w:trPr>
        <w:tc>
          <w:tcPr>
            <w:tcW w:w="1440" w:type="dxa"/>
            <w:vAlign w:val="center"/>
          </w:tcPr>
          <w:p w14:paraId="7CFFFFE2" w14:textId="77777777" w:rsidR="00C2552D" w:rsidRDefault="00954079">
            <w:r>
              <w:rPr>
                <w:sz w:val="20"/>
              </w:rPr>
              <w:t>7</w:t>
            </w:r>
          </w:p>
        </w:tc>
        <w:tc>
          <w:tcPr>
            <w:tcW w:w="2304" w:type="dxa"/>
            <w:vAlign w:val="center"/>
          </w:tcPr>
          <w:p w14:paraId="7CFFFFE3" w14:textId="77777777" w:rsidR="00C2552D" w:rsidRDefault="00954079">
            <w:r>
              <w:rPr>
                <w:sz w:val="20"/>
              </w:rPr>
              <w:t>$10,920</w:t>
            </w:r>
          </w:p>
        </w:tc>
        <w:tc>
          <w:tcPr>
            <w:tcW w:w="1440" w:type="dxa"/>
            <w:vAlign w:val="center"/>
          </w:tcPr>
          <w:p w14:paraId="7CFFFFE4" w14:textId="77777777" w:rsidR="00C2552D" w:rsidRDefault="00954079">
            <w:r>
              <w:rPr>
                <w:sz w:val="20"/>
              </w:rPr>
              <w:t>10</w:t>
            </w:r>
          </w:p>
        </w:tc>
        <w:tc>
          <w:tcPr>
            <w:tcW w:w="4320" w:type="dxa"/>
            <w:vAlign w:val="center"/>
          </w:tcPr>
          <w:p w14:paraId="7CFFFFE5" w14:textId="77777777" w:rsidR="00C2552D" w:rsidRDefault="00954079">
            <w:r>
              <w:rPr>
                <w:sz w:val="20"/>
              </w:rPr>
              <w:t>Accept $10,915-$10,925</w:t>
            </w:r>
          </w:p>
        </w:tc>
      </w:tr>
      <w:tr w:rsidR="00C2552D" w14:paraId="7CFFFFEB" w14:textId="77777777">
        <w:trPr>
          <w:jc w:val="center"/>
        </w:trPr>
        <w:tc>
          <w:tcPr>
            <w:tcW w:w="1440" w:type="dxa"/>
            <w:vAlign w:val="center"/>
          </w:tcPr>
          <w:p w14:paraId="7CFFFFE7" w14:textId="77777777" w:rsidR="00C2552D" w:rsidRDefault="00954079">
            <w:r>
              <w:rPr>
                <w:sz w:val="20"/>
              </w:rPr>
              <w:t>8</w:t>
            </w:r>
          </w:p>
        </w:tc>
        <w:tc>
          <w:tcPr>
            <w:tcW w:w="2304" w:type="dxa"/>
            <w:vAlign w:val="center"/>
          </w:tcPr>
          <w:p w14:paraId="7CFFFFE8" w14:textId="77777777" w:rsidR="00C2552D" w:rsidRDefault="00954079">
            <w:r>
              <w:rPr>
                <w:sz w:val="20"/>
              </w:rPr>
              <w:t>$9,030</w:t>
            </w:r>
          </w:p>
        </w:tc>
        <w:tc>
          <w:tcPr>
            <w:tcW w:w="1440" w:type="dxa"/>
            <w:vAlign w:val="center"/>
          </w:tcPr>
          <w:p w14:paraId="7CFFFFE9" w14:textId="77777777" w:rsidR="00C2552D" w:rsidRDefault="00954079">
            <w:r>
              <w:rPr>
                <w:sz w:val="20"/>
              </w:rPr>
              <w:t>10</w:t>
            </w:r>
          </w:p>
        </w:tc>
        <w:tc>
          <w:tcPr>
            <w:tcW w:w="4320" w:type="dxa"/>
            <w:vAlign w:val="center"/>
          </w:tcPr>
          <w:p w14:paraId="7CFFFFEA" w14:textId="77777777" w:rsidR="00C2552D" w:rsidRDefault="00954079">
            <w:r>
              <w:rPr>
                <w:sz w:val="20"/>
              </w:rPr>
              <w:t>Accept $9,025-$9,035</w:t>
            </w:r>
          </w:p>
        </w:tc>
      </w:tr>
      <w:tr w:rsidR="00C2552D" w14:paraId="7CFFFFF0" w14:textId="77777777">
        <w:trPr>
          <w:jc w:val="center"/>
        </w:trPr>
        <w:tc>
          <w:tcPr>
            <w:tcW w:w="1440" w:type="dxa"/>
            <w:vAlign w:val="center"/>
          </w:tcPr>
          <w:p w14:paraId="7CFFFFEC" w14:textId="77777777" w:rsidR="00C2552D" w:rsidRDefault="00954079">
            <w:r>
              <w:rPr>
                <w:sz w:val="20"/>
              </w:rPr>
              <w:t>20</w:t>
            </w:r>
          </w:p>
        </w:tc>
        <w:tc>
          <w:tcPr>
            <w:tcW w:w="2304" w:type="dxa"/>
            <w:vAlign w:val="center"/>
          </w:tcPr>
          <w:p w14:paraId="7CFFFFED" w14:textId="77777777" w:rsidR="00C2552D" w:rsidRDefault="00954079">
            <w:r>
              <w:rPr>
                <w:sz w:val="20"/>
              </w:rPr>
              <w:t>C</w:t>
            </w:r>
          </w:p>
        </w:tc>
        <w:tc>
          <w:tcPr>
            <w:tcW w:w="1440" w:type="dxa"/>
            <w:vAlign w:val="center"/>
          </w:tcPr>
          <w:p w14:paraId="7CFFFFEE" w14:textId="77777777" w:rsidR="00C2552D" w:rsidRDefault="00954079">
            <w:r>
              <w:rPr>
                <w:sz w:val="20"/>
              </w:rPr>
              <w:t>25</w:t>
            </w:r>
          </w:p>
        </w:tc>
        <w:tc>
          <w:tcPr>
            <w:tcW w:w="4320" w:type="dxa"/>
            <w:vAlign w:val="center"/>
          </w:tcPr>
          <w:p w14:paraId="7CFFFFEF" w14:textId="77777777" w:rsidR="00C2552D" w:rsidRDefault="00954079">
            <w:r>
              <w:rPr>
                <w:sz w:val="20"/>
              </w:rPr>
              <w:t>Best supported final recommendation</w:t>
            </w:r>
          </w:p>
        </w:tc>
      </w:tr>
    </w:tbl>
    <w:p w14:paraId="7CFFFFF1" w14:textId="77777777" w:rsidR="00C2552D" w:rsidRDefault="00954079">
      <w:pPr>
        <w:pStyle w:val="Heading1"/>
      </w:pPr>
      <w:r>
        <w:t>Example Scenario 1: Fuel Reduction and Product Marketing</w:t>
      </w:r>
    </w:p>
    <w:p w14:paraId="7CFFFFF2" w14:textId="77777777" w:rsidR="00C2552D" w:rsidRDefault="00954079">
      <w:pPr>
        <w:pStyle w:val="Heading2"/>
      </w:pPr>
      <w:r>
        <w:t>Scenario Packet</w:t>
      </w:r>
    </w:p>
    <w:p w14:paraId="7CFFFFF3" w14:textId="77777777" w:rsidR="00C2552D" w:rsidRDefault="00954079">
      <w:r>
        <w:t>A private landowner owns 40 acres of mixed conifer timber in Northern California. The stand is overcrowded with ponderosa pine, Douglas-fir, and incense cedar. The landowner wants to reduce wildfire hazard, improve stand health, and generate enough revenue to offset part of the treatment cost. The proposed treatment is a thinning operation that removes suppressed and intermediate trees while retaining dominant, healthy trees.</w:t>
      </w:r>
    </w:p>
    <w:p w14:paraId="7CFFFFF4" w14:textId="77777777" w:rsidR="00C2552D" w:rsidRDefault="00954079">
      <w:pPr>
        <w:pStyle w:val="Heading3"/>
      </w:pPr>
      <w:r>
        <w:t>Data Table</w:t>
      </w:r>
    </w:p>
    <w:tbl>
      <w:tblPr>
        <w:tblStyle w:val="TableGrid"/>
        <w:tblW w:w="0" w:type="auto"/>
        <w:jc w:val="center"/>
        <w:tblLook w:val="04A0" w:firstRow="1" w:lastRow="0" w:firstColumn="1" w:lastColumn="0" w:noHBand="0" w:noVBand="1"/>
      </w:tblPr>
      <w:tblGrid>
        <w:gridCol w:w="2592"/>
        <w:gridCol w:w="1728"/>
        <w:gridCol w:w="2592"/>
        <w:gridCol w:w="2880"/>
      </w:tblGrid>
      <w:tr w:rsidR="00C2552D" w14:paraId="7CFFFFF9" w14:textId="77777777">
        <w:trPr>
          <w:tblHeader/>
          <w:jc w:val="center"/>
        </w:trPr>
        <w:tc>
          <w:tcPr>
            <w:tcW w:w="2592" w:type="dxa"/>
            <w:shd w:val="clear" w:color="auto" w:fill="D9EAD3"/>
            <w:vAlign w:val="center"/>
          </w:tcPr>
          <w:p w14:paraId="7CFFFFF5" w14:textId="77777777" w:rsidR="00C2552D" w:rsidRDefault="00954079">
            <w:r>
              <w:rPr>
                <w:b/>
                <w:sz w:val="20"/>
              </w:rPr>
              <w:t>Product</w:t>
            </w:r>
          </w:p>
        </w:tc>
        <w:tc>
          <w:tcPr>
            <w:tcW w:w="1728" w:type="dxa"/>
            <w:shd w:val="clear" w:color="auto" w:fill="D9EAD3"/>
            <w:vAlign w:val="center"/>
          </w:tcPr>
          <w:p w14:paraId="7CFFFFF6" w14:textId="77777777" w:rsidR="00C2552D" w:rsidRDefault="00954079">
            <w:r>
              <w:rPr>
                <w:b/>
                <w:sz w:val="20"/>
              </w:rPr>
              <w:t>Volume</w:t>
            </w:r>
          </w:p>
        </w:tc>
        <w:tc>
          <w:tcPr>
            <w:tcW w:w="2592" w:type="dxa"/>
            <w:shd w:val="clear" w:color="auto" w:fill="D9EAD3"/>
            <w:vAlign w:val="center"/>
          </w:tcPr>
          <w:p w14:paraId="7CFFFFF7" w14:textId="77777777" w:rsidR="00C2552D" w:rsidRDefault="00954079">
            <w:r>
              <w:rPr>
                <w:b/>
                <w:sz w:val="20"/>
              </w:rPr>
              <w:t>Delivered Value</w:t>
            </w:r>
          </w:p>
        </w:tc>
        <w:tc>
          <w:tcPr>
            <w:tcW w:w="2880" w:type="dxa"/>
            <w:shd w:val="clear" w:color="auto" w:fill="D9EAD3"/>
            <w:vAlign w:val="center"/>
          </w:tcPr>
          <w:p w14:paraId="7CFFFFF8" w14:textId="77777777" w:rsidR="00C2552D" w:rsidRDefault="00954079">
            <w:r>
              <w:rPr>
                <w:b/>
                <w:sz w:val="20"/>
              </w:rPr>
              <w:t>Harvest + Trucking Cost</w:t>
            </w:r>
          </w:p>
        </w:tc>
      </w:tr>
      <w:tr w:rsidR="00C2552D" w14:paraId="7CFFFFFE" w14:textId="77777777">
        <w:trPr>
          <w:jc w:val="center"/>
        </w:trPr>
        <w:tc>
          <w:tcPr>
            <w:tcW w:w="2592" w:type="dxa"/>
            <w:vAlign w:val="center"/>
          </w:tcPr>
          <w:p w14:paraId="7CFFFFFA" w14:textId="77777777" w:rsidR="00C2552D" w:rsidRDefault="00954079">
            <w:r>
              <w:rPr>
                <w:sz w:val="20"/>
              </w:rPr>
              <w:t>Sawlogs</w:t>
            </w:r>
          </w:p>
        </w:tc>
        <w:tc>
          <w:tcPr>
            <w:tcW w:w="1728" w:type="dxa"/>
            <w:vAlign w:val="center"/>
          </w:tcPr>
          <w:p w14:paraId="7CFFFFFB" w14:textId="77777777" w:rsidR="00C2552D" w:rsidRDefault="00954079">
            <w:r>
              <w:rPr>
                <w:sz w:val="20"/>
              </w:rPr>
              <w:t>42 MBF</w:t>
            </w:r>
          </w:p>
        </w:tc>
        <w:tc>
          <w:tcPr>
            <w:tcW w:w="2592" w:type="dxa"/>
            <w:vAlign w:val="center"/>
          </w:tcPr>
          <w:p w14:paraId="7CFFFFFC" w14:textId="77777777" w:rsidR="00C2552D" w:rsidRDefault="00954079">
            <w:r>
              <w:rPr>
                <w:sz w:val="20"/>
              </w:rPr>
              <w:t>$475/MBF</w:t>
            </w:r>
          </w:p>
        </w:tc>
        <w:tc>
          <w:tcPr>
            <w:tcW w:w="2880" w:type="dxa"/>
            <w:vAlign w:val="center"/>
          </w:tcPr>
          <w:p w14:paraId="7CFFFFFD" w14:textId="77777777" w:rsidR="00C2552D" w:rsidRDefault="00954079">
            <w:r>
              <w:rPr>
                <w:sz w:val="20"/>
              </w:rPr>
              <w:t>$260/MBF</w:t>
            </w:r>
          </w:p>
        </w:tc>
      </w:tr>
      <w:tr w:rsidR="00C2552D" w14:paraId="7D000003" w14:textId="77777777">
        <w:trPr>
          <w:jc w:val="center"/>
        </w:trPr>
        <w:tc>
          <w:tcPr>
            <w:tcW w:w="2592" w:type="dxa"/>
            <w:vAlign w:val="center"/>
          </w:tcPr>
          <w:p w14:paraId="7CFFFFFF" w14:textId="77777777" w:rsidR="00C2552D" w:rsidRDefault="00954079">
            <w:r>
              <w:rPr>
                <w:sz w:val="20"/>
              </w:rPr>
              <w:t>Biomass</w:t>
            </w:r>
          </w:p>
        </w:tc>
        <w:tc>
          <w:tcPr>
            <w:tcW w:w="1728" w:type="dxa"/>
            <w:vAlign w:val="center"/>
          </w:tcPr>
          <w:p w14:paraId="7D000000" w14:textId="77777777" w:rsidR="00C2552D" w:rsidRDefault="00954079">
            <w:r>
              <w:rPr>
                <w:sz w:val="20"/>
              </w:rPr>
              <w:t>180 tons</w:t>
            </w:r>
          </w:p>
        </w:tc>
        <w:tc>
          <w:tcPr>
            <w:tcW w:w="2592" w:type="dxa"/>
            <w:vAlign w:val="center"/>
          </w:tcPr>
          <w:p w14:paraId="7D000001" w14:textId="77777777" w:rsidR="00C2552D" w:rsidRDefault="00954079">
            <w:r>
              <w:rPr>
                <w:sz w:val="20"/>
              </w:rPr>
              <w:t>$38/ton</w:t>
            </w:r>
          </w:p>
        </w:tc>
        <w:tc>
          <w:tcPr>
            <w:tcW w:w="2880" w:type="dxa"/>
            <w:vAlign w:val="center"/>
          </w:tcPr>
          <w:p w14:paraId="7D000002" w14:textId="77777777" w:rsidR="00C2552D" w:rsidRDefault="00954079">
            <w:r>
              <w:rPr>
                <w:sz w:val="20"/>
              </w:rPr>
              <w:t>$42/ton</w:t>
            </w:r>
          </w:p>
        </w:tc>
      </w:tr>
      <w:tr w:rsidR="00C2552D" w14:paraId="7D000008" w14:textId="77777777">
        <w:trPr>
          <w:jc w:val="center"/>
        </w:trPr>
        <w:tc>
          <w:tcPr>
            <w:tcW w:w="2592" w:type="dxa"/>
            <w:vAlign w:val="center"/>
          </w:tcPr>
          <w:p w14:paraId="7D000004" w14:textId="77777777" w:rsidR="00C2552D" w:rsidRDefault="00954079">
            <w:r>
              <w:rPr>
                <w:sz w:val="20"/>
              </w:rPr>
              <w:t>Firewood logs</w:t>
            </w:r>
          </w:p>
        </w:tc>
        <w:tc>
          <w:tcPr>
            <w:tcW w:w="1728" w:type="dxa"/>
            <w:vAlign w:val="center"/>
          </w:tcPr>
          <w:p w14:paraId="7D000005" w14:textId="77777777" w:rsidR="00C2552D" w:rsidRDefault="00954079">
            <w:r>
              <w:rPr>
                <w:sz w:val="20"/>
              </w:rPr>
              <w:t>22 cords</w:t>
            </w:r>
          </w:p>
        </w:tc>
        <w:tc>
          <w:tcPr>
            <w:tcW w:w="2592" w:type="dxa"/>
            <w:vAlign w:val="center"/>
          </w:tcPr>
          <w:p w14:paraId="7D000006" w14:textId="77777777" w:rsidR="00C2552D" w:rsidRDefault="00954079">
            <w:r>
              <w:rPr>
                <w:sz w:val="20"/>
              </w:rPr>
              <w:t>$95/cord</w:t>
            </w:r>
          </w:p>
        </w:tc>
        <w:tc>
          <w:tcPr>
            <w:tcW w:w="2880" w:type="dxa"/>
            <w:vAlign w:val="center"/>
          </w:tcPr>
          <w:p w14:paraId="7D000007" w14:textId="77777777" w:rsidR="00C2552D" w:rsidRDefault="00954079">
            <w:r>
              <w:rPr>
                <w:sz w:val="20"/>
              </w:rPr>
              <w:t>$40/cord</w:t>
            </w:r>
          </w:p>
        </w:tc>
      </w:tr>
      <w:tr w:rsidR="00C2552D" w14:paraId="7D00000B" w14:textId="77777777">
        <w:trPr>
          <w:tblHeader/>
          <w:jc w:val="center"/>
        </w:trPr>
        <w:tc>
          <w:tcPr>
            <w:tcW w:w="4320" w:type="dxa"/>
            <w:gridSpan w:val="2"/>
            <w:shd w:val="clear" w:color="auto" w:fill="D9EAD3"/>
            <w:vAlign w:val="center"/>
          </w:tcPr>
          <w:p w14:paraId="7D000009" w14:textId="77777777" w:rsidR="00C2552D" w:rsidRDefault="00954079">
            <w:r>
              <w:rPr>
                <w:b/>
                <w:sz w:val="20"/>
              </w:rPr>
              <w:t>Additional Item</w:t>
            </w:r>
          </w:p>
        </w:tc>
        <w:tc>
          <w:tcPr>
            <w:tcW w:w="2880" w:type="dxa"/>
            <w:gridSpan w:val="2"/>
            <w:shd w:val="clear" w:color="auto" w:fill="D9EAD3"/>
            <w:vAlign w:val="center"/>
          </w:tcPr>
          <w:p w14:paraId="7D00000A" w14:textId="77777777" w:rsidR="00C2552D" w:rsidRDefault="00954079">
            <w:r>
              <w:rPr>
                <w:b/>
                <w:sz w:val="20"/>
              </w:rPr>
              <w:t>Cost</w:t>
            </w:r>
          </w:p>
        </w:tc>
      </w:tr>
      <w:tr w:rsidR="00C2552D" w14:paraId="7D00000E" w14:textId="77777777">
        <w:trPr>
          <w:jc w:val="center"/>
        </w:trPr>
        <w:tc>
          <w:tcPr>
            <w:tcW w:w="4320" w:type="dxa"/>
            <w:gridSpan w:val="2"/>
            <w:vAlign w:val="center"/>
          </w:tcPr>
          <w:p w14:paraId="7D00000C" w14:textId="77777777" w:rsidR="00C2552D" w:rsidRDefault="00954079">
            <w:r>
              <w:rPr>
                <w:sz w:val="20"/>
              </w:rPr>
              <w:t>Layout and marking</w:t>
            </w:r>
          </w:p>
        </w:tc>
        <w:tc>
          <w:tcPr>
            <w:tcW w:w="2880" w:type="dxa"/>
            <w:gridSpan w:val="2"/>
            <w:vAlign w:val="center"/>
          </w:tcPr>
          <w:p w14:paraId="7D00000D" w14:textId="77777777" w:rsidR="00C2552D" w:rsidRDefault="00954079">
            <w:r>
              <w:rPr>
                <w:sz w:val="20"/>
              </w:rPr>
              <w:t>$1,500</w:t>
            </w:r>
          </w:p>
        </w:tc>
      </w:tr>
      <w:tr w:rsidR="00C2552D" w14:paraId="7D000011" w14:textId="77777777">
        <w:trPr>
          <w:jc w:val="center"/>
        </w:trPr>
        <w:tc>
          <w:tcPr>
            <w:tcW w:w="4320" w:type="dxa"/>
            <w:gridSpan w:val="2"/>
            <w:vAlign w:val="center"/>
          </w:tcPr>
          <w:p w14:paraId="7D00000F" w14:textId="77777777" w:rsidR="00C2552D" w:rsidRDefault="00954079">
            <w:r>
              <w:rPr>
                <w:sz w:val="20"/>
              </w:rPr>
              <w:t>Road maintenance</w:t>
            </w:r>
          </w:p>
        </w:tc>
        <w:tc>
          <w:tcPr>
            <w:tcW w:w="2880" w:type="dxa"/>
            <w:gridSpan w:val="2"/>
            <w:vAlign w:val="center"/>
          </w:tcPr>
          <w:p w14:paraId="7D000010" w14:textId="77777777" w:rsidR="00C2552D" w:rsidRDefault="00954079">
            <w:r>
              <w:rPr>
                <w:sz w:val="20"/>
              </w:rPr>
              <w:t>$2,200</w:t>
            </w:r>
          </w:p>
        </w:tc>
      </w:tr>
      <w:tr w:rsidR="00C2552D" w14:paraId="7D000014" w14:textId="77777777">
        <w:trPr>
          <w:jc w:val="center"/>
        </w:trPr>
        <w:tc>
          <w:tcPr>
            <w:tcW w:w="4320" w:type="dxa"/>
            <w:gridSpan w:val="2"/>
            <w:vAlign w:val="center"/>
          </w:tcPr>
          <w:p w14:paraId="7D000012" w14:textId="77777777" w:rsidR="00C2552D" w:rsidRDefault="00954079">
            <w:r>
              <w:rPr>
                <w:sz w:val="20"/>
              </w:rPr>
              <w:t>Slash treatment</w:t>
            </w:r>
          </w:p>
        </w:tc>
        <w:tc>
          <w:tcPr>
            <w:tcW w:w="2880" w:type="dxa"/>
            <w:gridSpan w:val="2"/>
            <w:vAlign w:val="center"/>
          </w:tcPr>
          <w:p w14:paraId="7D000013" w14:textId="77777777" w:rsidR="00C2552D" w:rsidRDefault="00954079">
            <w:r>
              <w:rPr>
                <w:sz w:val="20"/>
              </w:rPr>
              <w:t>$125/acre</w:t>
            </w:r>
          </w:p>
        </w:tc>
      </w:tr>
      <w:tr w:rsidR="00C2552D" w14:paraId="7D000017" w14:textId="77777777">
        <w:trPr>
          <w:jc w:val="center"/>
        </w:trPr>
        <w:tc>
          <w:tcPr>
            <w:tcW w:w="4320" w:type="dxa"/>
            <w:gridSpan w:val="2"/>
            <w:vAlign w:val="center"/>
          </w:tcPr>
          <w:p w14:paraId="7D000015" w14:textId="77777777" w:rsidR="00C2552D" w:rsidRDefault="00954079">
            <w:r>
              <w:rPr>
                <w:sz w:val="20"/>
              </w:rPr>
              <w:t>Reforestation</w:t>
            </w:r>
          </w:p>
        </w:tc>
        <w:tc>
          <w:tcPr>
            <w:tcW w:w="2880" w:type="dxa"/>
            <w:gridSpan w:val="2"/>
            <w:vAlign w:val="center"/>
          </w:tcPr>
          <w:p w14:paraId="7D000016" w14:textId="77777777" w:rsidR="00C2552D" w:rsidRDefault="00954079">
            <w:r>
              <w:rPr>
                <w:sz w:val="20"/>
              </w:rPr>
              <w:t>Not required</w:t>
            </w:r>
          </w:p>
        </w:tc>
      </w:tr>
    </w:tbl>
    <w:p w14:paraId="7D000018" w14:textId="77777777" w:rsidR="00C2552D" w:rsidRDefault="00954079">
      <w:pPr>
        <w:pStyle w:val="Heading2"/>
      </w:pPr>
      <w:r>
        <w:t>Student Objective Answer Sheet</w:t>
      </w:r>
    </w:p>
    <w:p w14:paraId="7D000019" w14:textId="77777777" w:rsidR="00C2552D" w:rsidRDefault="00954079">
      <w:r>
        <w:rPr>
          <w:b/>
        </w:rPr>
        <w:t>1. What is the primary landowner objective?</w:t>
      </w:r>
      <w:r>
        <w:br/>
        <w:t>A. Maximize clearcut revenue  B. Reduce wildfire hazard and improve stand health  C. Convert the stand to agriculture  D. Avoid all tree removal</w:t>
      </w:r>
    </w:p>
    <w:p w14:paraId="7D00001A" w14:textId="77777777" w:rsidR="00C2552D" w:rsidRDefault="00954079">
      <w:r>
        <w:rPr>
          <w:b/>
        </w:rPr>
        <w:lastRenderedPageBreak/>
        <w:t>2. What treatment is being considered?</w:t>
      </w:r>
      <w:r>
        <w:br/>
        <w:t>A. Prescribed grazing only  B. Reforestation only  C. Thinning with product utilization  D. Complete stand conversion</w:t>
      </w:r>
    </w:p>
    <w:p w14:paraId="7D00001B" w14:textId="77777777" w:rsidR="00C2552D" w:rsidRDefault="00954079">
      <w:r>
        <w:rPr>
          <w:b/>
        </w:rPr>
        <w:t>3. Which product has the highest delivered value per unit?</w:t>
      </w:r>
      <w:r>
        <w:br/>
        <w:t>A. Sawlogs  B. Biomass  C. Firewood logs  D. All products are equal</w:t>
      </w:r>
    </w:p>
    <w:p w14:paraId="7D00001C" w14:textId="77777777" w:rsidR="00C2552D" w:rsidRDefault="00954079">
      <w:r>
        <w:rPr>
          <w:b/>
        </w:rPr>
        <w:t>4. Which cost applies to all 40 acres?</w:t>
      </w:r>
      <w:r>
        <w:br/>
        <w:t>A. Slash treatment  B. Reforestation  C. Biomass trucking only  D. Firewood processing only</w:t>
      </w:r>
    </w:p>
    <w:p w14:paraId="7D00001D" w14:textId="77777777" w:rsidR="00C2552D" w:rsidRDefault="00954079">
      <w:r>
        <w:rPr>
          <w:b/>
        </w:rPr>
        <w:t>5. Which product has a harvest + trucking cost greater than delivered value?</w:t>
      </w:r>
      <w:r>
        <w:br/>
        <w:t>A. Sawlogs  B. Biomass  C. Firewood logs  D. None</w:t>
      </w:r>
    </w:p>
    <w:p w14:paraId="7D00001E" w14:textId="77777777" w:rsidR="00C2552D" w:rsidRDefault="00954079">
      <w:r>
        <w:rPr>
          <w:b/>
        </w:rPr>
        <w:t>6. Calculate gross sawlog revenue.</w:t>
      </w:r>
      <w:r>
        <w:br/>
        <w:t>Answer: $__________</w:t>
      </w:r>
    </w:p>
    <w:p w14:paraId="7D00001F" w14:textId="77777777" w:rsidR="00C2552D" w:rsidRDefault="00954079">
      <w:r>
        <w:rPr>
          <w:b/>
        </w:rPr>
        <w:t>7. Calculate sawlog harvest + trucking cost.</w:t>
      </w:r>
      <w:r>
        <w:br/>
        <w:t>Answer: $__________</w:t>
      </w:r>
    </w:p>
    <w:p w14:paraId="7D000020" w14:textId="77777777" w:rsidR="00C2552D" w:rsidRDefault="00954079">
      <w:r>
        <w:rPr>
          <w:b/>
        </w:rPr>
        <w:t>8. Calculate net sawlog revenue.</w:t>
      </w:r>
      <w:r>
        <w:br/>
        <w:t>Answer: $__________</w:t>
      </w:r>
    </w:p>
    <w:p w14:paraId="7D000021" w14:textId="77777777" w:rsidR="00C2552D" w:rsidRDefault="00954079">
      <w:r>
        <w:rPr>
          <w:b/>
        </w:rPr>
        <w:t>9. Calculate gross biomass revenue.</w:t>
      </w:r>
      <w:r>
        <w:br/>
        <w:t>Answer: $__________</w:t>
      </w:r>
    </w:p>
    <w:p w14:paraId="7D000022" w14:textId="77777777" w:rsidR="00C2552D" w:rsidRDefault="00954079">
      <w:r>
        <w:rPr>
          <w:b/>
        </w:rPr>
        <w:t>10. Calculate net biomass revenue or loss.</w:t>
      </w:r>
      <w:r>
        <w:br/>
        <w:t>Answer: $__________</w:t>
      </w:r>
    </w:p>
    <w:p w14:paraId="7D000023" w14:textId="77777777" w:rsidR="00C2552D" w:rsidRDefault="00954079">
      <w:r>
        <w:rPr>
          <w:b/>
        </w:rPr>
        <w:t>11. Calculate gross firewood revenue.</w:t>
      </w:r>
      <w:r>
        <w:br/>
        <w:t>Answer: $__________</w:t>
      </w:r>
    </w:p>
    <w:p w14:paraId="7D000024" w14:textId="77777777" w:rsidR="00C2552D" w:rsidRDefault="00954079">
      <w:r>
        <w:rPr>
          <w:b/>
        </w:rPr>
        <w:t>12. Calculate net firewood revenue.</w:t>
      </w:r>
      <w:r>
        <w:br/>
        <w:t>Answer: $__________</w:t>
      </w:r>
    </w:p>
    <w:p w14:paraId="7D000025" w14:textId="77777777" w:rsidR="00C2552D" w:rsidRDefault="00954079">
      <w:r>
        <w:rPr>
          <w:b/>
        </w:rPr>
        <w:t>13. Calculate total slash treatment cost.</w:t>
      </w:r>
      <w:r>
        <w:br/>
        <w:t>Answer: $__________</w:t>
      </w:r>
    </w:p>
    <w:p w14:paraId="7D000026" w14:textId="77777777" w:rsidR="00C2552D" w:rsidRDefault="00954079">
      <w:r>
        <w:rPr>
          <w:b/>
        </w:rPr>
        <w:t>14. Which product produces the highest net return?</w:t>
      </w:r>
      <w:r>
        <w:br/>
        <w:t>A. Sawlogs  B. Biomass  C. Firewood logs  D. No product</w:t>
      </w:r>
    </w:p>
    <w:p w14:paraId="7D000027" w14:textId="77777777" w:rsidR="00C2552D" w:rsidRDefault="00954079">
      <w:r>
        <w:rPr>
          <w:b/>
        </w:rPr>
        <w:t>15. Which product creates a net loss before fixed project costs?</w:t>
      </w:r>
      <w:r>
        <w:br/>
        <w:t>A. Sawlogs  B. Biomass  C. Firewood logs  D. All products</w:t>
      </w:r>
    </w:p>
    <w:p w14:paraId="7D000028" w14:textId="77777777" w:rsidR="00C2552D" w:rsidRDefault="00954079">
      <w:r>
        <w:rPr>
          <w:b/>
        </w:rPr>
        <w:t>16. What biomass price would be needed to break even on biomass harvest + trucking?</w:t>
      </w:r>
      <w:r>
        <w:br/>
        <w:t>A. $38/ton  B. $40/ton  C. $42/ton  D. $45/ton</w:t>
      </w:r>
    </w:p>
    <w:p w14:paraId="7D000029" w14:textId="77777777" w:rsidR="00C2552D" w:rsidRDefault="00954079">
      <w:r>
        <w:rPr>
          <w:b/>
        </w:rPr>
        <w:t>17. Calculate total fixed project costs, including layout, road maintenance, and slash treatment.</w:t>
      </w:r>
      <w:r>
        <w:br/>
        <w:t>Answer: $__________</w:t>
      </w:r>
    </w:p>
    <w:p w14:paraId="7D00002A" w14:textId="77777777" w:rsidR="00C2552D" w:rsidRDefault="00954079">
      <w:r>
        <w:rPr>
          <w:b/>
        </w:rPr>
        <w:t>18. Which product should be removed only if a subsidy, grant, or operational need justifies the cost?</w:t>
      </w:r>
      <w:r>
        <w:br/>
        <w:t>A. Sawlogs  B. Biomass  C. Firewood logs  D. None</w:t>
      </w:r>
    </w:p>
    <w:p w14:paraId="7D00002B" w14:textId="77777777" w:rsidR="00C2552D" w:rsidRDefault="00954079">
      <w:r>
        <w:rPr>
          <w:b/>
        </w:rPr>
        <w:t>19. Rank products from highest to lowest net return.</w:t>
      </w:r>
      <w:r>
        <w:br/>
        <w:t>A. Sawlogs, Firewood, Biomass  B. Biomass, Firewood, Sawlogs  C. Firewood, Biomass, Sawlogs  D. Biomass, Sawlogs, Firewood</w:t>
      </w:r>
    </w:p>
    <w:p w14:paraId="7D00002C" w14:textId="77777777" w:rsidR="00C2552D" w:rsidRDefault="00954079">
      <w:r>
        <w:rPr>
          <w:b/>
        </w:rPr>
        <w:lastRenderedPageBreak/>
        <w:t>20. Which recommendation is best supported by the scenario data?</w:t>
      </w:r>
      <w:r>
        <w:br/>
        <w:t>A. Conduct no treatment because all markets lose money.  B. Harvest biomass only because it reduces fire risk.  C. Conduct thinning, market sawlogs and firewood, remove biomass only if subsidized or operationally necessary, and complete slash treatment.  D. Clearcut and replant the entire stand.</w:t>
      </w:r>
    </w:p>
    <w:p w14:paraId="7D00002D" w14:textId="77777777" w:rsidR="00C2552D" w:rsidRDefault="00954079">
      <w:pPr>
        <w:pStyle w:val="Heading2"/>
      </w:pPr>
      <w:r>
        <w:t>Official Answer Key and Responses</w:t>
      </w:r>
    </w:p>
    <w:tbl>
      <w:tblPr>
        <w:tblStyle w:val="TableGrid"/>
        <w:tblW w:w="0" w:type="auto"/>
        <w:jc w:val="center"/>
        <w:tblLook w:val="04A0" w:firstRow="1" w:lastRow="0" w:firstColumn="1" w:lastColumn="0" w:noHBand="0" w:noVBand="1"/>
      </w:tblPr>
      <w:tblGrid>
        <w:gridCol w:w="720"/>
        <w:gridCol w:w="1872"/>
        <w:gridCol w:w="1008"/>
        <w:gridCol w:w="6480"/>
      </w:tblGrid>
      <w:tr w:rsidR="00C2552D" w14:paraId="7D000032" w14:textId="77777777">
        <w:trPr>
          <w:tblHeader/>
          <w:jc w:val="center"/>
        </w:trPr>
        <w:tc>
          <w:tcPr>
            <w:tcW w:w="720" w:type="dxa"/>
            <w:shd w:val="clear" w:color="auto" w:fill="D9EAD3"/>
            <w:vAlign w:val="center"/>
          </w:tcPr>
          <w:p w14:paraId="7D00002E" w14:textId="77777777" w:rsidR="00C2552D" w:rsidRDefault="00954079">
            <w:r>
              <w:rPr>
                <w:b/>
                <w:sz w:val="20"/>
              </w:rPr>
              <w:t>Q</w:t>
            </w:r>
          </w:p>
        </w:tc>
        <w:tc>
          <w:tcPr>
            <w:tcW w:w="1872" w:type="dxa"/>
            <w:shd w:val="clear" w:color="auto" w:fill="D9EAD3"/>
            <w:vAlign w:val="center"/>
          </w:tcPr>
          <w:p w14:paraId="7D00002F" w14:textId="77777777" w:rsidR="00C2552D" w:rsidRDefault="00954079">
            <w:r>
              <w:rPr>
                <w:b/>
                <w:sz w:val="20"/>
              </w:rPr>
              <w:t>Correct Answer</w:t>
            </w:r>
          </w:p>
        </w:tc>
        <w:tc>
          <w:tcPr>
            <w:tcW w:w="1008" w:type="dxa"/>
            <w:shd w:val="clear" w:color="auto" w:fill="D9EAD3"/>
            <w:vAlign w:val="center"/>
          </w:tcPr>
          <w:p w14:paraId="7D000030" w14:textId="77777777" w:rsidR="00C2552D" w:rsidRDefault="00954079">
            <w:r>
              <w:rPr>
                <w:b/>
                <w:sz w:val="20"/>
              </w:rPr>
              <w:t>Points</w:t>
            </w:r>
          </w:p>
        </w:tc>
        <w:tc>
          <w:tcPr>
            <w:tcW w:w="6480" w:type="dxa"/>
            <w:shd w:val="clear" w:color="auto" w:fill="D9EAD3"/>
            <w:vAlign w:val="center"/>
          </w:tcPr>
          <w:p w14:paraId="7D000031" w14:textId="77777777" w:rsidR="00C2552D" w:rsidRDefault="00954079">
            <w:r>
              <w:rPr>
                <w:b/>
                <w:sz w:val="20"/>
              </w:rPr>
              <w:t>Response / Calculation</w:t>
            </w:r>
          </w:p>
        </w:tc>
      </w:tr>
      <w:tr w:rsidR="00C2552D" w14:paraId="7D000037" w14:textId="77777777">
        <w:trPr>
          <w:jc w:val="center"/>
        </w:trPr>
        <w:tc>
          <w:tcPr>
            <w:tcW w:w="720" w:type="dxa"/>
            <w:vAlign w:val="center"/>
          </w:tcPr>
          <w:p w14:paraId="7D000033" w14:textId="77777777" w:rsidR="00C2552D" w:rsidRDefault="00954079">
            <w:r>
              <w:rPr>
                <w:sz w:val="20"/>
              </w:rPr>
              <w:t>1</w:t>
            </w:r>
          </w:p>
        </w:tc>
        <w:tc>
          <w:tcPr>
            <w:tcW w:w="1872" w:type="dxa"/>
            <w:vAlign w:val="center"/>
          </w:tcPr>
          <w:p w14:paraId="7D000034" w14:textId="77777777" w:rsidR="00C2552D" w:rsidRDefault="00954079">
            <w:r>
              <w:rPr>
                <w:sz w:val="20"/>
              </w:rPr>
              <w:t>B</w:t>
            </w:r>
          </w:p>
        </w:tc>
        <w:tc>
          <w:tcPr>
            <w:tcW w:w="1008" w:type="dxa"/>
            <w:vAlign w:val="center"/>
          </w:tcPr>
          <w:p w14:paraId="7D000035" w14:textId="77777777" w:rsidR="00C2552D" w:rsidRDefault="00954079">
            <w:r>
              <w:rPr>
                <w:sz w:val="20"/>
              </w:rPr>
              <w:t>5</w:t>
            </w:r>
          </w:p>
        </w:tc>
        <w:tc>
          <w:tcPr>
            <w:tcW w:w="6480" w:type="dxa"/>
            <w:vAlign w:val="center"/>
          </w:tcPr>
          <w:p w14:paraId="7D000036" w14:textId="77777777" w:rsidR="00C2552D" w:rsidRDefault="00954079">
            <w:r>
              <w:rPr>
                <w:sz w:val="20"/>
              </w:rPr>
              <w:t>Primary objective is wildfire hazard reduction and stand health.</w:t>
            </w:r>
          </w:p>
        </w:tc>
      </w:tr>
      <w:tr w:rsidR="00C2552D" w14:paraId="7D00003C" w14:textId="77777777">
        <w:trPr>
          <w:jc w:val="center"/>
        </w:trPr>
        <w:tc>
          <w:tcPr>
            <w:tcW w:w="720" w:type="dxa"/>
            <w:vAlign w:val="center"/>
          </w:tcPr>
          <w:p w14:paraId="7D000038" w14:textId="77777777" w:rsidR="00C2552D" w:rsidRDefault="00954079">
            <w:r>
              <w:rPr>
                <w:sz w:val="20"/>
              </w:rPr>
              <w:t>2</w:t>
            </w:r>
          </w:p>
        </w:tc>
        <w:tc>
          <w:tcPr>
            <w:tcW w:w="1872" w:type="dxa"/>
            <w:vAlign w:val="center"/>
          </w:tcPr>
          <w:p w14:paraId="7D000039" w14:textId="77777777" w:rsidR="00C2552D" w:rsidRDefault="00954079">
            <w:r>
              <w:rPr>
                <w:sz w:val="20"/>
              </w:rPr>
              <w:t>C</w:t>
            </w:r>
          </w:p>
        </w:tc>
        <w:tc>
          <w:tcPr>
            <w:tcW w:w="1008" w:type="dxa"/>
            <w:vAlign w:val="center"/>
          </w:tcPr>
          <w:p w14:paraId="7D00003A" w14:textId="77777777" w:rsidR="00C2552D" w:rsidRDefault="00954079">
            <w:r>
              <w:rPr>
                <w:sz w:val="20"/>
              </w:rPr>
              <w:t>5</w:t>
            </w:r>
          </w:p>
        </w:tc>
        <w:tc>
          <w:tcPr>
            <w:tcW w:w="6480" w:type="dxa"/>
            <w:vAlign w:val="center"/>
          </w:tcPr>
          <w:p w14:paraId="7D00003B" w14:textId="77777777" w:rsidR="00C2552D" w:rsidRDefault="00954079">
            <w:r>
              <w:rPr>
                <w:sz w:val="20"/>
              </w:rPr>
              <w:t>Scenario states thinning operation with product utilization.</w:t>
            </w:r>
          </w:p>
        </w:tc>
      </w:tr>
      <w:tr w:rsidR="00C2552D" w14:paraId="7D000041" w14:textId="77777777">
        <w:trPr>
          <w:jc w:val="center"/>
        </w:trPr>
        <w:tc>
          <w:tcPr>
            <w:tcW w:w="720" w:type="dxa"/>
            <w:vAlign w:val="center"/>
          </w:tcPr>
          <w:p w14:paraId="7D00003D" w14:textId="77777777" w:rsidR="00C2552D" w:rsidRDefault="00954079">
            <w:r>
              <w:rPr>
                <w:sz w:val="20"/>
              </w:rPr>
              <w:t>3</w:t>
            </w:r>
          </w:p>
        </w:tc>
        <w:tc>
          <w:tcPr>
            <w:tcW w:w="1872" w:type="dxa"/>
            <w:vAlign w:val="center"/>
          </w:tcPr>
          <w:p w14:paraId="7D00003E" w14:textId="77777777" w:rsidR="00C2552D" w:rsidRDefault="00954079">
            <w:r>
              <w:rPr>
                <w:sz w:val="20"/>
              </w:rPr>
              <w:t>A</w:t>
            </w:r>
          </w:p>
        </w:tc>
        <w:tc>
          <w:tcPr>
            <w:tcW w:w="1008" w:type="dxa"/>
            <w:vAlign w:val="center"/>
          </w:tcPr>
          <w:p w14:paraId="7D00003F" w14:textId="77777777" w:rsidR="00C2552D" w:rsidRDefault="00954079">
            <w:r>
              <w:rPr>
                <w:sz w:val="20"/>
              </w:rPr>
              <w:t>5</w:t>
            </w:r>
          </w:p>
        </w:tc>
        <w:tc>
          <w:tcPr>
            <w:tcW w:w="6480" w:type="dxa"/>
            <w:vAlign w:val="center"/>
          </w:tcPr>
          <w:p w14:paraId="7D000040" w14:textId="77777777" w:rsidR="00C2552D" w:rsidRDefault="00954079">
            <w:r>
              <w:rPr>
                <w:sz w:val="20"/>
              </w:rPr>
              <w:t>Sawlogs at $475/MBF.</w:t>
            </w:r>
          </w:p>
        </w:tc>
      </w:tr>
      <w:tr w:rsidR="00C2552D" w14:paraId="7D000046" w14:textId="77777777">
        <w:trPr>
          <w:jc w:val="center"/>
        </w:trPr>
        <w:tc>
          <w:tcPr>
            <w:tcW w:w="720" w:type="dxa"/>
            <w:vAlign w:val="center"/>
          </w:tcPr>
          <w:p w14:paraId="7D000042" w14:textId="77777777" w:rsidR="00C2552D" w:rsidRDefault="00954079">
            <w:r>
              <w:rPr>
                <w:sz w:val="20"/>
              </w:rPr>
              <w:t>4</w:t>
            </w:r>
          </w:p>
        </w:tc>
        <w:tc>
          <w:tcPr>
            <w:tcW w:w="1872" w:type="dxa"/>
            <w:vAlign w:val="center"/>
          </w:tcPr>
          <w:p w14:paraId="7D000043" w14:textId="77777777" w:rsidR="00C2552D" w:rsidRDefault="00954079">
            <w:r>
              <w:rPr>
                <w:sz w:val="20"/>
              </w:rPr>
              <w:t>A</w:t>
            </w:r>
          </w:p>
        </w:tc>
        <w:tc>
          <w:tcPr>
            <w:tcW w:w="1008" w:type="dxa"/>
            <w:vAlign w:val="center"/>
          </w:tcPr>
          <w:p w14:paraId="7D000044" w14:textId="77777777" w:rsidR="00C2552D" w:rsidRDefault="00954079">
            <w:r>
              <w:rPr>
                <w:sz w:val="20"/>
              </w:rPr>
              <w:t>5</w:t>
            </w:r>
          </w:p>
        </w:tc>
        <w:tc>
          <w:tcPr>
            <w:tcW w:w="6480" w:type="dxa"/>
            <w:vAlign w:val="center"/>
          </w:tcPr>
          <w:p w14:paraId="7D000045" w14:textId="77777777" w:rsidR="00C2552D" w:rsidRDefault="00954079">
            <w:r>
              <w:rPr>
                <w:sz w:val="20"/>
              </w:rPr>
              <w:t>Slash treatment is $125 per acre for 40 acres.</w:t>
            </w:r>
          </w:p>
        </w:tc>
      </w:tr>
      <w:tr w:rsidR="00C2552D" w14:paraId="7D00004B" w14:textId="77777777">
        <w:trPr>
          <w:jc w:val="center"/>
        </w:trPr>
        <w:tc>
          <w:tcPr>
            <w:tcW w:w="720" w:type="dxa"/>
            <w:vAlign w:val="center"/>
          </w:tcPr>
          <w:p w14:paraId="7D000047" w14:textId="77777777" w:rsidR="00C2552D" w:rsidRDefault="00954079">
            <w:r>
              <w:rPr>
                <w:sz w:val="20"/>
              </w:rPr>
              <w:t>5</w:t>
            </w:r>
          </w:p>
        </w:tc>
        <w:tc>
          <w:tcPr>
            <w:tcW w:w="1872" w:type="dxa"/>
            <w:vAlign w:val="center"/>
          </w:tcPr>
          <w:p w14:paraId="7D000048" w14:textId="77777777" w:rsidR="00C2552D" w:rsidRDefault="00954079">
            <w:r>
              <w:rPr>
                <w:sz w:val="20"/>
              </w:rPr>
              <w:t>B</w:t>
            </w:r>
          </w:p>
        </w:tc>
        <w:tc>
          <w:tcPr>
            <w:tcW w:w="1008" w:type="dxa"/>
            <w:vAlign w:val="center"/>
          </w:tcPr>
          <w:p w14:paraId="7D000049" w14:textId="77777777" w:rsidR="00C2552D" w:rsidRDefault="00954079">
            <w:r>
              <w:rPr>
                <w:sz w:val="20"/>
              </w:rPr>
              <w:t>5</w:t>
            </w:r>
          </w:p>
        </w:tc>
        <w:tc>
          <w:tcPr>
            <w:tcW w:w="6480" w:type="dxa"/>
            <w:vAlign w:val="center"/>
          </w:tcPr>
          <w:p w14:paraId="7D00004A" w14:textId="77777777" w:rsidR="00C2552D" w:rsidRDefault="00954079">
            <w:r>
              <w:rPr>
                <w:sz w:val="20"/>
              </w:rPr>
              <w:t>Biomass cost is $42/ton and value is $38/ton.</w:t>
            </w:r>
          </w:p>
        </w:tc>
      </w:tr>
      <w:tr w:rsidR="00C2552D" w14:paraId="7D000050" w14:textId="77777777">
        <w:trPr>
          <w:jc w:val="center"/>
        </w:trPr>
        <w:tc>
          <w:tcPr>
            <w:tcW w:w="720" w:type="dxa"/>
            <w:vAlign w:val="center"/>
          </w:tcPr>
          <w:p w14:paraId="7D00004C" w14:textId="77777777" w:rsidR="00C2552D" w:rsidRDefault="00954079">
            <w:r>
              <w:rPr>
                <w:sz w:val="20"/>
              </w:rPr>
              <w:t>6</w:t>
            </w:r>
          </w:p>
        </w:tc>
        <w:tc>
          <w:tcPr>
            <w:tcW w:w="1872" w:type="dxa"/>
            <w:vAlign w:val="center"/>
          </w:tcPr>
          <w:p w14:paraId="7D00004D" w14:textId="77777777" w:rsidR="00C2552D" w:rsidRDefault="00954079">
            <w:r>
              <w:rPr>
                <w:sz w:val="20"/>
              </w:rPr>
              <w:t>$19,950</w:t>
            </w:r>
          </w:p>
        </w:tc>
        <w:tc>
          <w:tcPr>
            <w:tcW w:w="1008" w:type="dxa"/>
            <w:vAlign w:val="center"/>
          </w:tcPr>
          <w:p w14:paraId="7D00004E" w14:textId="77777777" w:rsidR="00C2552D" w:rsidRDefault="00954079">
            <w:r>
              <w:rPr>
                <w:sz w:val="20"/>
              </w:rPr>
              <w:t>10</w:t>
            </w:r>
          </w:p>
        </w:tc>
        <w:tc>
          <w:tcPr>
            <w:tcW w:w="6480" w:type="dxa"/>
            <w:vAlign w:val="center"/>
          </w:tcPr>
          <w:p w14:paraId="7D00004F" w14:textId="77777777" w:rsidR="00C2552D" w:rsidRDefault="00954079">
            <w:r>
              <w:rPr>
                <w:sz w:val="20"/>
              </w:rPr>
              <w:t>42 MBF x $475/MBF.</w:t>
            </w:r>
          </w:p>
        </w:tc>
      </w:tr>
      <w:tr w:rsidR="00C2552D" w14:paraId="7D000055" w14:textId="77777777">
        <w:trPr>
          <w:jc w:val="center"/>
        </w:trPr>
        <w:tc>
          <w:tcPr>
            <w:tcW w:w="720" w:type="dxa"/>
            <w:vAlign w:val="center"/>
          </w:tcPr>
          <w:p w14:paraId="7D000051" w14:textId="77777777" w:rsidR="00C2552D" w:rsidRDefault="00954079">
            <w:r>
              <w:rPr>
                <w:sz w:val="20"/>
              </w:rPr>
              <w:t>7</w:t>
            </w:r>
          </w:p>
        </w:tc>
        <w:tc>
          <w:tcPr>
            <w:tcW w:w="1872" w:type="dxa"/>
            <w:vAlign w:val="center"/>
          </w:tcPr>
          <w:p w14:paraId="7D000052" w14:textId="77777777" w:rsidR="00C2552D" w:rsidRDefault="00954079">
            <w:r>
              <w:rPr>
                <w:sz w:val="20"/>
              </w:rPr>
              <w:t>$10,920</w:t>
            </w:r>
          </w:p>
        </w:tc>
        <w:tc>
          <w:tcPr>
            <w:tcW w:w="1008" w:type="dxa"/>
            <w:vAlign w:val="center"/>
          </w:tcPr>
          <w:p w14:paraId="7D000053" w14:textId="77777777" w:rsidR="00C2552D" w:rsidRDefault="00954079">
            <w:r>
              <w:rPr>
                <w:sz w:val="20"/>
              </w:rPr>
              <w:t>10</w:t>
            </w:r>
          </w:p>
        </w:tc>
        <w:tc>
          <w:tcPr>
            <w:tcW w:w="6480" w:type="dxa"/>
            <w:vAlign w:val="center"/>
          </w:tcPr>
          <w:p w14:paraId="7D000054" w14:textId="77777777" w:rsidR="00C2552D" w:rsidRDefault="00954079">
            <w:r>
              <w:rPr>
                <w:sz w:val="20"/>
              </w:rPr>
              <w:t>42 MBF x $260/MBF.</w:t>
            </w:r>
          </w:p>
        </w:tc>
      </w:tr>
      <w:tr w:rsidR="00C2552D" w14:paraId="7D00005A" w14:textId="77777777">
        <w:trPr>
          <w:jc w:val="center"/>
        </w:trPr>
        <w:tc>
          <w:tcPr>
            <w:tcW w:w="720" w:type="dxa"/>
            <w:vAlign w:val="center"/>
          </w:tcPr>
          <w:p w14:paraId="7D000056" w14:textId="77777777" w:rsidR="00C2552D" w:rsidRDefault="00954079">
            <w:r>
              <w:rPr>
                <w:sz w:val="20"/>
              </w:rPr>
              <w:t>8</w:t>
            </w:r>
          </w:p>
        </w:tc>
        <w:tc>
          <w:tcPr>
            <w:tcW w:w="1872" w:type="dxa"/>
            <w:vAlign w:val="center"/>
          </w:tcPr>
          <w:p w14:paraId="7D000057" w14:textId="77777777" w:rsidR="00C2552D" w:rsidRDefault="00954079">
            <w:r>
              <w:rPr>
                <w:sz w:val="20"/>
              </w:rPr>
              <w:t>$9,030</w:t>
            </w:r>
          </w:p>
        </w:tc>
        <w:tc>
          <w:tcPr>
            <w:tcW w:w="1008" w:type="dxa"/>
            <w:vAlign w:val="center"/>
          </w:tcPr>
          <w:p w14:paraId="7D000058" w14:textId="77777777" w:rsidR="00C2552D" w:rsidRDefault="00954079">
            <w:r>
              <w:rPr>
                <w:sz w:val="20"/>
              </w:rPr>
              <w:t>10</w:t>
            </w:r>
          </w:p>
        </w:tc>
        <w:tc>
          <w:tcPr>
            <w:tcW w:w="6480" w:type="dxa"/>
            <w:vAlign w:val="center"/>
          </w:tcPr>
          <w:p w14:paraId="7D000059" w14:textId="77777777" w:rsidR="00C2552D" w:rsidRDefault="00954079">
            <w:r>
              <w:rPr>
                <w:sz w:val="20"/>
              </w:rPr>
              <w:t>$19,950 - $10,920.</w:t>
            </w:r>
          </w:p>
        </w:tc>
      </w:tr>
      <w:tr w:rsidR="00C2552D" w14:paraId="7D00005F" w14:textId="77777777">
        <w:trPr>
          <w:jc w:val="center"/>
        </w:trPr>
        <w:tc>
          <w:tcPr>
            <w:tcW w:w="720" w:type="dxa"/>
            <w:vAlign w:val="center"/>
          </w:tcPr>
          <w:p w14:paraId="7D00005B" w14:textId="77777777" w:rsidR="00C2552D" w:rsidRDefault="00954079">
            <w:r>
              <w:rPr>
                <w:sz w:val="20"/>
              </w:rPr>
              <w:t>9</w:t>
            </w:r>
          </w:p>
        </w:tc>
        <w:tc>
          <w:tcPr>
            <w:tcW w:w="1872" w:type="dxa"/>
            <w:vAlign w:val="center"/>
          </w:tcPr>
          <w:p w14:paraId="7D00005C" w14:textId="77777777" w:rsidR="00C2552D" w:rsidRDefault="00954079">
            <w:r>
              <w:rPr>
                <w:sz w:val="20"/>
              </w:rPr>
              <w:t>$6,840</w:t>
            </w:r>
          </w:p>
        </w:tc>
        <w:tc>
          <w:tcPr>
            <w:tcW w:w="1008" w:type="dxa"/>
            <w:vAlign w:val="center"/>
          </w:tcPr>
          <w:p w14:paraId="7D00005D" w14:textId="77777777" w:rsidR="00C2552D" w:rsidRDefault="00954079">
            <w:r>
              <w:rPr>
                <w:sz w:val="20"/>
              </w:rPr>
              <w:t>10</w:t>
            </w:r>
          </w:p>
        </w:tc>
        <w:tc>
          <w:tcPr>
            <w:tcW w:w="6480" w:type="dxa"/>
            <w:vAlign w:val="center"/>
          </w:tcPr>
          <w:p w14:paraId="7D00005E" w14:textId="77777777" w:rsidR="00C2552D" w:rsidRDefault="00954079">
            <w:r>
              <w:rPr>
                <w:sz w:val="20"/>
              </w:rPr>
              <w:t>180 tons x $38/ton.</w:t>
            </w:r>
          </w:p>
        </w:tc>
      </w:tr>
      <w:tr w:rsidR="00C2552D" w14:paraId="7D000064" w14:textId="77777777">
        <w:trPr>
          <w:jc w:val="center"/>
        </w:trPr>
        <w:tc>
          <w:tcPr>
            <w:tcW w:w="720" w:type="dxa"/>
            <w:vAlign w:val="center"/>
          </w:tcPr>
          <w:p w14:paraId="7D000060" w14:textId="77777777" w:rsidR="00C2552D" w:rsidRDefault="00954079">
            <w:r>
              <w:rPr>
                <w:sz w:val="20"/>
              </w:rPr>
              <w:t>10</w:t>
            </w:r>
          </w:p>
        </w:tc>
        <w:tc>
          <w:tcPr>
            <w:tcW w:w="1872" w:type="dxa"/>
            <w:vAlign w:val="center"/>
          </w:tcPr>
          <w:p w14:paraId="7D000061" w14:textId="77777777" w:rsidR="00C2552D" w:rsidRDefault="00954079">
            <w:r>
              <w:rPr>
                <w:sz w:val="20"/>
              </w:rPr>
              <w:t>-$720</w:t>
            </w:r>
          </w:p>
        </w:tc>
        <w:tc>
          <w:tcPr>
            <w:tcW w:w="1008" w:type="dxa"/>
            <w:vAlign w:val="center"/>
          </w:tcPr>
          <w:p w14:paraId="7D000062" w14:textId="77777777" w:rsidR="00C2552D" w:rsidRDefault="00954079">
            <w:r>
              <w:rPr>
                <w:sz w:val="20"/>
              </w:rPr>
              <w:t>10</w:t>
            </w:r>
          </w:p>
        </w:tc>
        <w:tc>
          <w:tcPr>
            <w:tcW w:w="6480" w:type="dxa"/>
            <w:vAlign w:val="center"/>
          </w:tcPr>
          <w:p w14:paraId="7D000063" w14:textId="77777777" w:rsidR="00C2552D" w:rsidRDefault="00954079">
            <w:r>
              <w:rPr>
                <w:sz w:val="20"/>
              </w:rPr>
              <w:t>$6,840 - (180 x $42).</w:t>
            </w:r>
          </w:p>
        </w:tc>
      </w:tr>
      <w:tr w:rsidR="00C2552D" w14:paraId="7D000069" w14:textId="77777777">
        <w:trPr>
          <w:jc w:val="center"/>
        </w:trPr>
        <w:tc>
          <w:tcPr>
            <w:tcW w:w="720" w:type="dxa"/>
            <w:vAlign w:val="center"/>
          </w:tcPr>
          <w:p w14:paraId="7D000065" w14:textId="77777777" w:rsidR="00C2552D" w:rsidRDefault="00954079">
            <w:r>
              <w:rPr>
                <w:sz w:val="20"/>
              </w:rPr>
              <w:t>11</w:t>
            </w:r>
          </w:p>
        </w:tc>
        <w:tc>
          <w:tcPr>
            <w:tcW w:w="1872" w:type="dxa"/>
            <w:vAlign w:val="center"/>
          </w:tcPr>
          <w:p w14:paraId="7D000066" w14:textId="77777777" w:rsidR="00C2552D" w:rsidRDefault="00954079">
            <w:r>
              <w:rPr>
                <w:sz w:val="20"/>
              </w:rPr>
              <w:t>$2,090</w:t>
            </w:r>
          </w:p>
        </w:tc>
        <w:tc>
          <w:tcPr>
            <w:tcW w:w="1008" w:type="dxa"/>
            <w:vAlign w:val="center"/>
          </w:tcPr>
          <w:p w14:paraId="7D000067" w14:textId="77777777" w:rsidR="00C2552D" w:rsidRDefault="00954079">
            <w:r>
              <w:rPr>
                <w:sz w:val="20"/>
              </w:rPr>
              <w:t>10</w:t>
            </w:r>
          </w:p>
        </w:tc>
        <w:tc>
          <w:tcPr>
            <w:tcW w:w="6480" w:type="dxa"/>
            <w:vAlign w:val="center"/>
          </w:tcPr>
          <w:p w14:paraId="7D000068" w14:textId="77777777" w:rsidR="00C2552D" w:rsidRDefault="00954079">
            <w:r>
              <w:rPr>
                <w:sz w:val="20"/>
              </w:rPr>
              <w:t>22 cords x $95/cord.</w:t>
            </w:r>
          </w:p>
        </w:tc>
      </w:tr>
      <w:tr w:rsidR="00C2552D" w14:paraId="7D00006E" w14:textId="77777777">
        <w:trPr>
          <w:jc w:val="center"/>
        </w:trPr>
        <w:tc>
          <w:tcPr>
            <w:tcW w:w="720" w:type="dxa"/>
            <w:vAlign w:val="center"/>
          </w:tcPr>
          <w:p w14:paraId="7D00006A" w14:textId="77777777" w:rsidR="00C2552D" w:rsidRDefault="00954079">
            <w:r>
              <w:rPr>
                <w:sz w:val="20"/>
              </w:rPr>
              <w:t>12</w:t>
            </w:r>
          </w:p>
        </w:tc>
        <w:tc>
          <w:tcPr>
            <w:tcW w:w="1872" w:type="dxa"/>
            <w:vAlign w:val="center"/>
          </w:tcPr>
          <w:p w14:paraId="7D00006B" w14:textId="77777777" w:rsidR="00C2552D" w:rsidRDefault="00954079">
            <w:r>
              <w:rPr>
                <w:sz w:val="20"/>
              </w:rPr>
              <w:t>$1,210</w:t>
            </w:r>
          </w:p>
        </w:tc>
        <w:tc>
          <w:tcPr>
            <w:tcW w:w="1008" w:type="dxa"/>
            <w:vAlign w:val="center"/>
          </w:tcPr>
          <w:p w14:paraId="7D00006C" w14:textId="77777777" w:rsidR="00C2552D" w:rsidRDefault="00954079">
            <w:r>
              <w:rPr>
                <w:sz w:val="20"/>
              </w:rPr>
              <w:t>10</w:t>
            </w:r>
          </w:p>
        </w:tc>
        <w:tc>
          <w:tcPr>
            <w:tcW w:w="6480" w:type="dxa"/>
            <w:vAlign w:val="center"/>
          </w:tcPr>
          <w:p w14:paraId="7D00006D" w14:textId="77777777" w:rsidR="00C2552D" w:rsidRDefault="00954079">
            <w:r>
              <w:rPr>
                <w:sz w:val="20"/>
              </w:rPr>
              <w:t>$2,090 - (22 x $40).</w:t>
            </w:r>
          </w:p>
        </w:tc>
      </w:tr>
      <w:tr w:rsidR="00C2552D" w14:paraId="7D000073" w14:textId="77777777">
        <w:trPr>
          <w:jc w:val="center"/>
        </w:trPr>
        <w:tc>
          <w:tcPr>
            <w:tcW w:w="720" w:type="dxa"/>
            <w:vAlign w:val="center"/>
          </w:tcPr>
          <w:p w14:paraId="7D00006F" w14:textId="77777777" w:rsidR="00C2552D" w:rsidRDefault="00954079">
            <w:r>
              <w:rPr>
                <w:sz w:val="20"/>
              </w:rPr>
              <w:t>13</w:t>
            </w:r>
          </w:p>
        </w:tc>
        <w:tc>
          <w:tcPr>
            <w:tcW w:w="1872" w:type="dxa"/>
            <w:vAlign w:val="center"/>
          </w:tcPr>
          <w:p w14:paraId="7D000070" w14:textId="77777777" w:rsidR="00C2552D" w:rsidRDefault="00954079">
            <w:r>
              <w:rPr>
                <w:sz w:val="20"/>
              </w:rPr>
              <w:t>$5,000</w:t>
            </w:r>
          </w:p>
        </w:tc>
        <w:tc>
          <w:tcPr>
            <w:tcW w:w="1008" w:type="dxa"/>
            <w:vAlign w:val="center"/>
          </w:tcPr>
          <w:p w14:paraId="7D000071" w14:textId="77777777" w:rsidR="00C2552D" w:rsidRDefault="00954079">
            <w:r>
              <w:rPr>
                <w:sz w:val="20"/>
              </w:rPr>
              <w:t>10</w:t>
            </w:r>
          </w:p>
        </w:tc>
        <w:tc>
          <w:tcPr>
            <w:tcW w:w="6480" w:type="dxa"/>
            <w:vAlign w:val="center"/>
          </w:tcPr>
          <w:p w14:paraId="7D000072" w14:textId="77777777" w:rsidR="00C2552D" w:rsidRDefault="00954079">
            <w:r>
              <w:rPr>
                <w:sz w:val="20"/>
              </w:rPr>
              <w:t>40 acres x $125/acre.</w:t>
            </w:r>
          </w:p>
        </w:tc>
      </w:tr>
      <w:tr w:rsidR="00C2552D" w14:paraId="7D000078" w14:textId="77777777">
        <w:trPr>
          <w:jc w:val="center"/>
        </w:trPr>
        <w:tc>
          <w:tcPr>
            <w:tcW w:w="720" w:type="dxa"/>
            <w:vAlign w:val="center"/>
          </w:tcPr>
          <w:p w14:paraId="7D000074" w14:textId="77777777" w:rsidR="00C2552D" w:rsidRDefault="00954079">
            <w:r>
              <w:rPr>
                <w:sz w:val="20"/>
              </w:rPr>
              <w:t>14</w:t>
            </w:r>
          </w:p>
        </w:tc>
        <w:tc>
          <w:tcPr>
            <w:tcW w:w="1872" w:type="dxa"/>
            <w:vAlign w:val="center"/>
          </w:tcPr>
          <w:p w14:paraId="7D000075" w14:textId="77777777" w:rsidR="00C2552D" w:rsidRDefault="00954079">
            <w:r>
              <w:rPr>
                <w:sz w:val="20"/>
              </w:rPr>
              <w:t>A</w:t>
            </w:r>
          </w:p>
        </w:tc>
        <w:tc>
          <w:tcPr>
            <w:tcW w:w="1008" w:type="dxa"/>
            <w:vAlign w:val="center"/>
          </w:tcPr>
          <w:p w14:paraId="7D000076" w14:textId="77777777" w:rsidR="00C2552D" w:rsidRDefault="00954079">
            <w:r>
              <w:rPr>
                <w:sz w:val="20"/>
              </w:rPr>
              <w:t>10</w:t>
            </w:r>
          </w:p>
        </w:tc>
        <w:tc>
          <w:tcPr>
            <w:tcW w:w="6480" w:type="dxa"/>
            <w:vAlign w:val="center"/>
          </w:tcPr>
          <w:p w14:paraId="7D000077" w14:textId="77777777" w:rsidR="00C2552D" w:rsidRDefault="00954079">
            <w:r>
              <w:rPr>
                <w:sz w:val="20"/>
              </w:rPr>
              <w:t>Sawlogs net $9,030.</w:t>
            </w:r>
          </w:p>
        </w:tc>
      </w:tr>
      <w:tr w:rsidR="00C2552D" w14:paraId="7D00007D" w14:textId="77777777">
        <w:trPr>
          <w:jc w:val="center"/>
        </w:trPr>
        <w:tc>
          <w:tcPr>
            <w:tcW w:w="720" w:type="dxa"/>
            <w:vAlign w:val="center"/>
          </w:tcPr>
          <w:p w14:paraId="7D000079" w14:textId="77777777" w:rsidR="00C2552D" w:rsidRDefault="00954079">
            <w:r>
              <w:rPr>
                <w:sz w:val="20"/>
              </w:rPr>
              <w:t>15</w:t>
            </w:r>
          </w:p>
        </w:tc>
        <w:tc>
          <w:tcPr>
            <w:tcW w:w="1872" w:type="dxa"/>
            <w:vAlign w:val="center"/>
          </w:tcPr>
          <w:p w14:paraId="7D00007A" w14:textId="77777777" w:rsidR="00C2552D" w:rsidRDefault="00954079">
            <w:r>
              <w:rPr>
                <w:sz w:val="20"/>
              </w:rPr>
              <w:t>B</w:t>
            </w:r>
          </w:p>
        </w:tc>
        <w:tc>
          <w:tcPr>
            <w:tcW w:w="1008" w:type="dxa"/>
            <w:vAlign w:val="center"/>
          </w:tcPr>
          <w:p w14:paraId="7D00007B" w14:textId="77777777" w:rsidR="00C2552D" w:rsidRDefault="00954079">
            <w:r>
              <w:rPr>
                <w:sz w:val="20"/>
              </w:rPr>
              <w:t>10</w:t>
            </w:r>
          </w:p>
        </w:tc>
        <w:tc>
          <w:tcPr>
            <w:tcW w:w="6480" w:type="dxa"/>
            <w:vAlign w:val="center"/>
          </w:tcPr>
          <w:p w14:paraId="7D00007C" w14:textId="77777777" w:rsidR="00C2552D" w:rsidRDefault="00954079">
            <w:r>
              <w:rPr>
                <w:sz w:val="20"/>
              </w:rPr>
              <w:t>Biomass has a net loss of $720.</w:t>
            </w:r>
          </w:p>
        </w:tc>
      </w:tr>
      <w:tr w:rsidR="00C2552D" w14:paraId="7D000082" w14:textId="77777777">
        <w:trPr>
          <w:jc w:val="center"/>
        </w:trPr>
        <w:tc>
          <w:tcPr>
            <w:tcW w:w="720" w:type="dxa"/>
            <w:vAlign w:val="center"/>
          </w:tcPr>
          <w:p w14:paraId="7D00007E" w14:textId="77777777" w:rsidR="00C2552D" w:rsidRDefault="00954079">
            <w:r>
              <w:rPr>
                <w:sz w:val="20"/>
              </w:rPr>
              <w:t>16</w:t>
            </w:r>
          </w:p>
        </w:tc>
        <w:tc>
          <w:tcPr>
            <w:tcW w:w="1872" w:type="dxa"/>
            <w:vAlign w:val="center"/>
          </w:tcPr>
          <w:p w14:paraId="7D00007F" w14:textId="77777777" w:rsidR="00C2552D" w:rsidRDefault="00954079">
            <w:r>
              <w:rPr>
                <w:sz w:val="20"/>
              </w:rPr>
              <w:t>C</w:t>
            </w:r>
          </w:p>
        </w:tc>
        <w:tc>
          <w:tcPr>
            <w:tcW w:w="1008" w:type="dxa"/>
            <w:vAlign w:val="center"/>
          </w:tcPr>
          <w:p w14:paraId="7D000080" w14:textId="77777777" w:rsidR="00C2552D" w:rsidRDefault="00954079">
            <w:r>
              <w:rPr>
                <w:sz w:val="20"/>
              </w:rPr>
              <w:t>10</w:t>
            </w:r>
          </w:p>
        </w:tc>
        <w:tc>
          <w:tcPr>
            <w:tcW w:w="6480" w:type="dxa"/>
            <w:vAlign w:val="center"/>
          </w:tcPr>
          <w:p w14:paraId="7D000081" w14:textId="77777777" w:rsidR="00C2552D" w:rsidRDefault="00954079">
            <w:r>
              <w:rPr>
                <w:sz w:val="20"/>
              </w:rPr>
              <w:t>Break-even price equals cost: $42/ton.</w:t>
            </w:r>
          </w:p>
        </w:tc>
      </w:tr>
      <w:tr w:rsidR="00C2552D" w14:paraId="7D000087" w14:textId="77777777">
        <w:trPr>
          <w:jc w:val="center"/>
        </w:trPr>
        <w:tc>
          <w:tcPr>
            <w:tcW w:w="720" w:type="dxa"/>
            <w:vAlign w:val="center"/>
          </w:tcPr>
          <w:p w14:paraId="7D000083" w14:textId="77777777" w:rsidR="00C2552D" w:rsidRDefault="00954079">
            <w:r>
              <w:rPr>
                <w:sz w:val="20"/>
              </w:rPr>
              <w:t>17</w:t>
            </w:r>
          </w:p>
        </w:tc>
        <w:tc>
          <w:tcPr>
            <w:tcW w:w="1872" w:type="dxa"/>
            <w:vAlign w:val="center"/>
          </w:tcPr>
          <w:p w14:paraId="7D000084" w14:textId="77777777" w:rsidR="00C2552D" w:rsidRDefault="00954079">
            <w:r>
              <w:rPr>
                <w:sz w:val="20"/>
              </w:rPr>
              <w:t>$8,700</w:t>
            </w:r>
          </w:p>
        </w:tc>
        <w:tc>
          <w:tcPr>
            <w:tcW w:w="1008" w:type="dxa"/>
            <w:vAlign w:val="center"/>
          </w:tcPr>
          <w:p w14:paraId="7D000085" w14:textId="77777777" w:rsidR="00C2552D" w:rsidRDefault="00954079">
            <w:r>
              <w:rPr>
                <w:sz w:val="20"/>
              </w:rPr>
              <w:t>10</w:t>
            </w:r>
          </w:p>
        </w:tc>
        <w:tc>
          <w:tcPr>
            <w:tcW w:w="6480" w:type="dxa"/>
            <w:vAlign w:val="center"/>
          </w:tcPr>
          <w:p w14:paraId="7D000086" w14:textId="77777777" w:rsidR="00C2552D" w:rsidRDefault="00954079">
            <w:r>
              <w:rPr>
                <w:sz w:val="20"/>
              </w:rPr>
              <w:t>$1,500 + $2,200 + $5,000.</w:t>
            </w:r>
          </w:p>
        </w:tc>
      </w:tr>
      <w:tr w:rsidR="00C2552D" w14:paraId="7D00008C" w14:textId="77777777">
        <w:trPr>
          <w:jc w:val="center"/>
        </w:trPr>
        <w:tc>
          <w:tcPr>
            <w:tcW w:w="720" w:type="dxa"/>
            <w:vAlign w:val="center"/>
          </w:tcPr>
          <w:p w14:paraId="7D000088" w14:textId="77777777" w:rsidR="00C2552D" w:rsidRDefault="00954079">
            <w:r>
              <w:rPr>
                <w:sz w:val="20"/>
              </w:rPr>
              <w:t>18</w:t>
            </w:r>
          </w:p>
        </w:tc>
        <w:tc>
          <w:tcPr>
            <w:tcW w:w="1872" w:type="dxa"/>
            <w:vAlign w:val="center"/>
          </w:tcPr>
          <w:p w14:paraId="7D000089" w14:textId="77777777" w:rsidR="00C2552D" w:rsidRDefault="00954079">
            <w:r>
              <w:rPr>
                <w:sz w:val="20"/>
              </w:rPr>
              <w:t>B</w:t>
            </w:r>
          </w:p>
        </w:tc>
        <w:tc>
          <w:tcPr>
            <w:tcW w:w="1008" w:type="dxa"/>
            <w:vAlign w:val="center"/>
          </w:tcPr>
          <w:p w14:paraId="7D00008A" w14:textId="77777777" w:rsidR="00C2552D" w:rsidRDefault="00954079">
            <w:r>
              <w:rPr>
                <w:sz w:val="20"/>
              </w:rPr>
              <w:t>15</w:t>
            </w:r>
          </w:p>
        </w:tc>
        <w:tc>
          <w:tcPr>
            <w:tcW w:w="6480" w:type="dxa"/>
            <w:vAlign w:val="center"/>
          </w:tcPr>
          <w:p w14:paraId="7D00008B" w14:textId="77777777" w:rsidR="00C2552D" w:rsidRDefault="00954079">
            <w:r>
              <w:rPr>
                <w:sz w:val="20"/>
              </w:rPr>
              <w:t>Biomass loses money without subsidy or operational justification.</w:t>
            </w:r>
          </w:p>
        </w:tc>
      </w:tr>
      <w:tr w:rsidR="00C2552D" w14:paraId="7D000091" w14:textId="77777777">
        <w:trPr>
          <w:jc w:val="center"/>
        </w:trPr>
        <w:tc>
          <w:tcPr>
            <w:tcW w:w="720" w:type="dxa"/>
            <w:vAlign w:val="center"/>
          </w:tcPr>
          <w:p w14:paraId="7D00008D" w14:textId="77777777" w:rsidR="00C2552D" w:rsidRDefault="00954079">
            <w:r>
              <w:rPr>
                <w:sz w:val="20"/>
              </w:rPr>
              <w:t>19</w:t>
            </w:r>
          </w:p>
        </w:tc>
        <w:tc>
          <w:tcPr>
            <w:tcW w:w="1872" w:type="dxa"/>
            <w:vAlign w:val="center"/>
          </w:tcPr>
          <w:p w14:paraId="7D00008E" w14:textId="77777777" w:rsidR="00C2552D" w:rsidRDefault="00954079">
            <w:r>
              <w:rPr>
                <w:sz w:val="20"/>
              </w:rPr>
              <w:t>A</w:t>
            </w:r>
          </w:p>
        </w:tc>
        <w:tc>
          <w:tcPr>
            <w:tcW w:w="1008" w:type="dxa"/>
            <w:vAlign w:val="center"/>
          </w:tcPr>
          <w:p w14:paraId="7D00008F" w14:textId="77777777" w:rsidR="00C2552D" w:rsidRDefault="00954079">
            <w:r>
              <w:rPr>
                <w:sz w:val="20"/>
              </w:rPr>
              <w:t>15</w:t>
            </w:r>
          </w:p>
        </w:tc>
        <w:tc>
          <w:tcPr>
            <w:tcW w:w="6480" w:type="dxa"/>
            <w:vAlign w:val="center"/>
          </w:tcPr>
          <w:p w14:paraId="7D000090" w14:textId="77777777" w:rsidR="00C2552D" w:rsidRDefault="00954079">
            <w:r>
              <w:rPr>
                <w:sz w:val="20"/>
              </w:rPr>
              <w:t>Sawlogs $9,030; Firewood $1,210; Biomass -$720.</w:t>
            </w:r>
          </w:p>
        </w:tc>
      </w:tr>
      <w:tr w:rsidR="00C2552D" w14:paraId="7D000096" w14:textId="77777777">
        <w:trPr>
          <w:jc w:val="center"/>
        </w:trPr>
        <w:tc>
          <w:tcPr>
            <w:tcW w:w="720" w:type="dxa"/>
            <w:vAlign w:val="center"/>
          </w:tcPr>
          <w:p w14:paraId="7D000092" w14:textId="77777777" w:rsidR="00C2552D" w:rsidRDefault="00954079">
            <w:r>
              <w:rPr>
                <w:sz w:val="20"/>
              </w:rPr>
              <w:t>20</w:t>
            </w:r>
          </w:p>
        </w:tc>
        <w:tc>
          <w:tcPr>
            <w:tcW w:w="1872" w:type="dxa"/>
            <w:vAlign w:val="center"/>
          </w:tcPr>
          <w:p w14:paraId="7D000093" w14:textId="77777777" w:rsidR="00C2552D" w:rsidRDefault="00954079">
            <w:r>
              <w:rPr>
                <w:sz w:val="20"/>
              </w:rPr>
              <w:t>C</w:t>
            </w:r>
          </w:p>
        </w:tc>
        <w:tc>
          <w:tcPr>
            <w:tcW w:w="1008" w:type="dxa"/>
            <w:vAlign w:val="center"/>
          </w:tcPr>
          <w:p w14:paraId="7D000094" w14:textId="77777777" w:rsidR="00C2552D" w:rsidRDefault="00954079">
            <w:r>
              <w:rPr>
                <w:sz w:val="20"/>
              </w:rPr>
              <w:t>25</w:t>
            </w:r>
          </w:p>
        </w:tc>
        <w:tc>
          <w:tcPr>
            <w:tcW w:w="6480" w:type="dxa"/>
            <w:vAlign w:val="center"/>
          </w:tcPr>
          <w:p w14:paraId="7D000095" w14:textId="77777777" w:rsidR="00C2552D" w:rsidRDefault="00954079">
            <w:r>
              <w:rPr>
                <w:sz w:val="20"/>
              </w:rPr>
              <w:t>Best answer balances revenue, fire risk, stand health, and treatment cost.</w:t>
            </w:r>
          </w:p>
        </w:tc>
      </w:tr>
    </w:tbl>
    <w:p w14:paraId="7D000097" w14:textId="77777777" w:rsidR="00C2552D" w:rsidRDefault="00954079">
      <w:pPr>
        <w:pStyle w:val="Heading1"/>
      </w:pPr>
      <w:r>
        <w:t>Example Scenario 2: Post-Fire Salvage and Reforestation Decision</w:t>
      </w:r>
    </w:p>
    <w:p w14:paraId="7D000098" w14:textId="77777777" w:rsidR="00C2552D" w:rsidRDefault="00954079">
      <w:pPr>
        <w:pStyle w:val="Heading2"/>
      </w:pPr>
      <w:r>
        <w:t>Scenario Packet</w:t>
      </w:r>
    </w:p>
    <w:p w14:paraId="7D000099" w14:textId="77777777" w:rsidR="00C2552D" w:rsidRDefault="00954079">
      <w:r>
        <w:t>A small nonindustrial forest landowner owns 25 acres of timberland that burned in a wildfire. A forester determines that 18 acres have high tree mortality and should be evaluated for salvage harvest and reforestation. The landowner wants to recover value from dead merchantable timber, reduce future fuel loading, and replant the most severely burned acres. The remaining 7 acres have enough live trees to retain and are not part of the salvage unit.</w:t>
      </w:r>
    </w:p>
    <w:p w14:paraId="7D00009A" w14:textId="77777777" w:rsidR="00C2552D" w:rsidRDefault="00954079">
      <w:pPr>
        <w:pStyle w:val="Heading3"/>
      </w:pPr>
      <w:r>
        <w:t>Data Table</w:t>
      </w:r>
    </w:p>
    <w:tbl>
      <w:tblPr>
        <w:tblStyle w:val="TableGrid"/>
        <w:tblW w:w="0" w:type="auto"/>
        <w:jc w:val="center"/>
        <w:tblLook w:val="04A0" w:firstRow="1" w:lastRow="0" w:firstColumn="1" w:lastColumn="0" w:noHBand="0" w:noVBand="1"/>
      </w:tblPr>
      <w:tblGrid>
        <w:gridCol w:w="4608"/>
        <w:gridCol w:w="3600"/>
      </w:tblGrid>
      <w:tr w:rsidR="00C2552D" w14:paraId="7D00009D" w14:textId="77777777">
        <w:trPr>
          <w:tblHeader/>
          <w:jc w:val="center"/>
        </w:trPr>
        <w:tc>
          <w:tcPr>
            <w:tcW w:w="4608" w:type="dxa"/>
            <w:shd w:val="clear" w:color="auto" w:fill="D9EAD3"/>
            <w:vAlign w:val="center"/>
          </w:tcPr>
          <w:p w14:paraId="7D00009B" w14:textId="77777777" w:rsidR="00C2552D" w:rsidRDefault="00954079">
            <w:r>
              <w:rPr>
                <w:b/>
                <w:sz w:val="20"/>
              </w:rPr>
              <w:t>Item</w:t>
            </w:r>
          </w:p>
        </w:tc>
        <w:tc>
          <w:tcPr>
            <w:tcW w:w="3600" w:type="dxa"/>
            <w:shd w:val="clear" w:color="auto" w:fill="D9EAD3"/>
            <w:vAlign w:val="center"/>
          </w:tcPr>
          <w:p w14:paraId="7D00009C" w14:textId="77777777" w:rsidR="00C2552D" w:rsidRDefault="00954079">
            <w:r>
              <w:rPr>
                <w:b/>
                <w:sz w:val="20"/>
              </w:rPr>
              <w:t>Amount / Rate</w:t>
            </w:r>
          </w:p>
        </w:tc>
      </w:tr>
      <w:tr w:rsidR="00C2552D" w14:paraId="7D0000A0" w14:textId="77777777">
        <w:trPr>
          <w:jc w:val="center"/>
        </w:trPr>
        <w:tc>
          <w:tcPr>
            <w:tcW w:w="4608" w:type="dxa"/>
            <w:vAlign w:val="center"/>
          </w:tcPr>
          <w:p w14:paraId="7D00009E" w14:textId="77777777" w:rsidR="00C2552D" w:rsidRDefault="00954079">
            <w:r>
              <w:rPr>
                <w:sz w:val="20"/>
              </w:rPr>
              <w:t>Salvage unit</w:t>
            </w:r>
          </w:p>
        </w:tc>
        <w:tc>
          <w:tcPr>
            <w:tcW w:w="3600" w:type="dxa"/>
            <w:vAlign w:val="center"/>
          </w:tcPr>
          <w:p w14:paraId="7D00009F" w14:textId="77777777" w:rsidR="00C2552D" w:rsidRDefault="00954079">
            <w:r>
              <w:rPr>
                <w:sz w:val="20"/>
              </w:rPr>
              <w:t>18 acres</w:t>
            </w:r>
          </w:p>
        </w:tc>
      </w:tr>
      <w:tr w:rsidR="00C2552D" w14:paraId="7D0000A3" w14:textId="77777777">
        <w:trPr>
          <w:jc w:val="center"/>
        </w:trPr>
        <w:tc>
          <w:tcPr>
            <w:tcW w:w="4608" w:type="dxa"/>
            <w:vAlign w:val="center"/>
          </w:tcPr>
          <w:p w14:paraId="7D0000A1" w14:textId="77777777" w:rsidR="00C2552D" w:rsidRDefault="00954079">
            <w:r>
              <w:rPr>
                <w:sz w:val="20"/>
              </w:rPr>
              <w:t>Dead merchantable sawlogs</w:t>
            </w:r>
          </w:p>
        </w:tc>
        <w:tc>
          <w:tcPr>
            <w:tcW w:w="3600" w:type="dxa"/>
            <w:vAlign w:val="center"/>
          </w:tcPr>
          <w:p w14:paraId="7D0000A2" w14:textId="77777777" w:rsidR="00C2552D" w:rsidRDefault="00954079">
            <w:r>
              <w:rPr>
                <w:sz w:val="20"/>
              </w:rPr>
              <w:t>27 MBF</w:t>
            </w:r>
          </w:p>
        </w:tc>
      </w:tr>
      <w:tr w:rsidR="00C2552D" w14:paraId="7D0000A6" w14:textId="77777777">
        <w:trPr>
          <w:jc w:val="center"/>
        </w:trPr>
        <w:tc>
          <w:tcPr>
            <w:tcW w:w="4608" w:type="dxa"/>
            <w:vAlign w:val="center"/>
          </w:tcPr>
          <w:p w14:paraId="7D0000A4" w14:textId="77777777" w:rsidR="00C2552D" w:rsidRDefault="00954079">
            <w:r>
              <w:rPr>
                <w:sz w:val="20"/>
              </w:rPr>
              <w:t>Delivered sawlog value</w:t>
            </w:r>
          </w:p>
        </w:tc>
        <w:tc>
          <w:tcPr>
            <w:tcW w:w="3600" w:type="dxa"/>
            <w:vAlign w:val="center"/>
          </w:tcPr>
          <w:p w14:paraId="7D0000A5" w14:textId="77777777" w:rsidR="00C2552D" w:rsidRDefault="00954079">
            <w:r>
              <w:rPr>
                <w:sz w:val="20"/>
              </w:rPr>
              <w:t>$390/MBF</w:t>
            </w:r>
          </w:p>
        </w:tc>
      </w:tr>
      <w:tr w:rsidR="00C2552D" w14:paraId="7D0000A9" w14:textId="77777777">
        <w:trPr>
          <w:jc w:val="center"/>
        </w:trPr>
        <w:tc>
          <w:tcPr>
            <w:tcW w:w="4608" w:type="dxa"/>
            <w:vAlign w:val="center"/>
          </w:tcPr>
          <w:p w14:paraId="7D0000A7" w14:textId="77777777" w:rsidR="00C2552D" w:rsidRDefault="00954079">
            <w:r>
              <w:rPr>
                <w:sz w:val="20"/>
              </w:rPr>
              <w:t>Harvest + trucking cost</w:t>
            </w:r>
          </w:p>
        </w:tc>
        <w:tc>
          <w:tcPr>
            <w:tcW w:w="3600" w:type="dxa"/>
            <w:vAlign w:val="center"/>
          </w:tcPr>
          <w:p w14:paraId="7D0000A8" w14:textId="77777777" w:rsidR="00C2552D" w:rsidRDefault="00954079">
            <w:r>
              <w:rPr>
                <w:sz w:val="20"/>
              </w:rPr>
              <w:t>$245/MBF</w:t>
            </w:r>
          </w:p>
        </w:tc>
      </w:tr>
      <w:tr w:rsidR="00C2552D" w14:paraId="7D0000AC" w14:textId="77777777">
        <w:trPr>
          <w:jc w:val="center"/>
        </w:trPr>
        <w:tc>
          <w:tcPr>
            <w:tcW w:w="4608" w:type="dxa"/>
            <w:vAlign w:val="center"/>
          </w:tcPr>
          <w:p w14:paraId="7D0000AA" w14:textId="77777777" w:rsidR="00C2552D" w:rsidRDefault="00954079">
            <w:r>
              <w:rPr>
                <w:sz w:val="20"/>
              </w:rPr>
              <w:t>Slash piling and burning</w:t>
            </w:r>
          </w:p>
        </w:tc>
        <w:tc>
          <w:tcPr>
            <w:tcW w:w="3600" w:type="dxa"/>
            <w:vAlign w:val="center"/>
          </w:tcPr>
          <w:p w14:paraId="7D0000AB" w14:textId="77777777" w:rsidR="00C2552D" w:rsidRDefault="00954079">
            <w:r>
              <w:rPr>
                <w:sz w:val="20"/>
              </w:rPr>
              <w:t>$160/acre</w:t>
            </w:r>
          </w:p>
        </w:tc>
      </w:tr>
      <w:tr w:rsidR="00C2552D" w14:paraId="7D0000AF" w14:textId="77777777">
        <w:trPr>
          <w:jc w:val="center"/>
        </w:trPr>
        <w:tc>
          <w:tcPr>
            <w:tcW w:w="4608" w:type="dxa"/>
            <w:vAlign w:val="center"/>
          </w:tcPr>
          <w:p w14:paraId="7D0000AD" w14:textId="77777777" w:rsidR="00C2552D" w:rsidRDefault="00954079">
            <w:r>
              <w:rPr>
                <w:sz w:val="20"/>
              </w:rPr>
              <w:t>Site preparation</w:t>
            </w:r>
          </w:p>
        </w:tc>
        <w:tc>
          <w:tcPr>
            <w:tcW w:w="3600" w:type="dxa"/>
            <w:vAlign w:val="center"/>
          </w:tcPr>
          <w:p w14:paraId="7D0000AE" w14:textId="77777777" w:rsidR="00C2552D" w:rsidRDefault="00954079">
            <w:r>
              <w:rPr>
                <w:sz w:val="20"/>
              </w:rPr>
              <w:t>$220/acre</w:t>
            </w:r>
          </w:p>
        </w:tc>
      </w:tr>
      <w:tr w:rsidR="00C2552D" w14:paraId="7D0000B2" w14:textId="77777777">
        <w:trPr>
          <w:jc w:val="center"/>
        </w:trPr>
        <w:tc>
          <w:tcPr>
            <w:tcW w:w="4608" w:type="dxa"/>
            <w:vAlign w:val="center"/>
          </w:tcPr>
          <w:p w14:paraId="7D0000B0" w14:textId="77777777" w:rsidR="00C2552D" w:rsidRDefault="00954079">
            <w:r>
              <w:rPr>
                <w:sz w:val="20"/>
              </w:rPr>
              <w:t>Seedlings needed</w:t>
            </w:r>
          </w:p>
        </w:tc>
        <w:tc>
          <w:tcPr>
            <w:tcW w:w="3600" w:type="dxa"/>
            <w:vAlign w:val="center"/>
          </w:tcPr>
          <w:p w14:paraId="7D0000B1" w14:textId="77777777" w:rsidR="00C2552D" w:rsidRDefault="00954079">
            <w:r>
              <w:rPr>
                <w:sz w:val="20"/>
              </w:rPr>
              <w:t>300 seedlings/acre</w:t>
            </w:r>
          </w:p>
        </w:tc>
      </w:tr>
      <w:tr w:rsidR="00C2552D" w14:paraId="7D0000B5" w14:textId="77777777">
        <w:trPr>
          <w:jc w:val="center"/>
        </w:trPr>
        <w:tc>
          <w:tcPr>
            <w:tcW w:w="4608" w:type="dxa"/>
            <w:vAlign w:val="center"/>
          </w:tcPr>
          <w:p w14:paraId="7D0000B3" w14:textId="77777777" w:rsidR="00C2552D" w:rsidRDefault="00954079">
            <w:r>
              <w:rPr>
                <w:sz w:val="20"/>
              </w:rPr>
              <w:t>Seedling purchase cost</w:t>
            </w:r>
          </w:p>
        </w:tc>
        <w:tc>
          <w:tcPr>
            <w:tcW w:w="3600" w:type="dxa"/>
            <w:vAlign w:val="center"/>
          </w:tcPr>
          <w:p w14:paraId="7D0000B4" w14:textId="77777777" w:rsidR="00C2552D" w:rsidRDefault="00954079">
            <w:r>
              <w:rPr>
                <w:sz w:val="20"/>
              </w:rPr>
              <w:t>$0.65/seedling</w:t>
            </w:r>
          </w:p>
        </w:tc>
      </w:tr>
      <w:tr w:rsidR="00C2552D" w14:paraId="7D0000B8" w14:textId="77777777">
        <w:trPr>
          <w:jc w:val="center"/>
        </w:trPr>
        <w:tc>
          <w:tcPr>
            <w:tcW w:w="4608" w:type="dxa"/>
            <w:vAlign w:val="center"/>
          </w:tcPr>
          <w:p w14:paraId="7D0000B6" w14:textId="77777777" w:rsidR="00C2552D" w:rsidRDefault="00954079">
            <w:r>
              <w:rPr>
                <w:sz w:val="20"/>
              </w:rPr>
              <w:t>Planting labor cost</w:t>
            </w:r>
          </w:p>
        </w:tc>
        <w:tc>
          <w:tcPr>
            <w:tcW w:w="3600" w:type="dxa"/>
            <w:vAlign w:val="center"/>
          </w:tcPr>
          <w:p w14:paraId="7D0000B7" w14:textId="77777777" w:rsidR="00C2552D" w:rsidRDefault="00954079">
            <w:r>
              <w:rPr>
                <w:sz w:val="20"/>
              </w:rPr>
              <w:t>$0.85/seedling</w:t>
            </w:r>
          </w:p>
        </w:tc>
      </w:tr>
      <w:tr w:rsidR="00C2552D" w14:paraId="7D0000BB" w14:textId="77777777">
        <w:trPr>
          <w:jc w:val="center"/>
        </w:trPr>
        <w:tc>
          <w:tcPr>
            <w:tcW w:w="4608" w:type="dxa"/>
            <w:vAlign w:val="center"/>
          </w:tcPr>
          <w:p w14:paraId="7D0000B9" w14:textId="77777777" w:rsidR="00C2552D" w:rsidRDefault="00954079">
            <w:r>
              <w:rPr>
                <w:sz w:val="20"/>
              </w:rPr>
              <w:t>Professional forestry assistance</w:t>
            </w:r>
          </w:p>
        </w:tc>
        <w:tc>
          <w:tcPr>
            <w:tcW w:w="3600" w:type="dxa"/>
            <w:vAlign w:val="center"/>
          </w:tcPr>
          <w:p w14:paraId="7D0000BA" w14:textId="77777777" w:rsidR="00C2552D" w:rsidRDefault="00954079">
            <w:r>
              <w:rPr>
                <w:sz w:val="20"/>
              </w:rPr>
              <w:t>$1,200 flat cost</w:t>
            </w:r>
          </w:p>
        </w:tc>
      </w:tr>
    </w:tbl>
    <w:p w14:paraId="7D0000BC" w14:textId="77777777" w:rsidR="00C2552D" w:rsidRDefault="00954079">
      <w:pPr>
        <w:pStyle w:val="Heading2"/>
      </w:pPr>
      <w:r>
        <w:lastRenderedPageBreak/>
        <w:t>Student Objective Answer Sheet</w:t>
      </w:r>
    </w:p>
    <w:p w14:paraId="7D0000BD" w14:textId="77777777" w:rsidR="00C2552D" w:rsidRDefault="00954079">
      <w:r>
        <w:rPr>
          <w:b/>
        </w:rPr>
        <w:t>1. What is the primary management issue in this scenario?</w:t>
      </w:r>
      <w:r>
        <w:br/>
        <w:t>A. Invasive plants only  B. Post-fire mortality, salvage, and reforestation  C. Irrigation planning  D. Urban landscaping</w:t>
      </w:r>
    </w:p>
    <w:p w14:paraId="7D0000BE" w14:textId="77777777" w:rsidR="00C2552D" w:rsidRDefault="00954079">
      <w:r>
        <w:rPr>
          <w:b/>
        </w:rPr>
        <w:t>2. How many acres are included in the salvage and reforestation unit?</w:t>
      </w:r>
      <w:r>
        <w:br/>
        <w:t>A. 7 acres  B. 18 acres  C. 25 acres  D. 27 acres</w:t>
      </w:r>
    </w:p>
    <w:p w14:paraId="7D0000BF" w14:textId="77777777" w:rsidR="00C2552D" w:rsidRDefault="00954079">
      <w:r>
        <w:rPr>
          <w:b/>
        </w:rPr>
        <w:t>3. What is the landowner trying to accomplish?</w:t>
      </w:r>
      <w:r>
        <w:br/>
        <w:t>A. Recover value, reduce fuel loading, and replant severely burned acres  B. Avoid all harvest activity  C. Convert timberland to pasture  D. Plant only ornamental trees</w:t>
      </w:r>
    </w:p>
    <w:p w14:paraId="7D0000C0" w14:textId="77777777" w:rsidR="00C2552D" w:rsidRDefault="00954079">
      <w:r>
        <w:rPr>
          <w:b/>
        </w:rPr>
        <w:t>4. Which cost is a flat cost rather than a per-acre or per-unit cost?</w:t>
      </w:r>
      <w:r>
        <w:br/>
        <w:t>A. Slash piling and burning  B. Site preparation  C. Professional forestry assistance  D. Planting labor</w:t>
      </w:r>
    </w:p>
    <w:p w14:paraId="7D0000C1" w14:textId="77777777" w:rsidR="00C2552D" w:rsidRDefault="00954079">
      <w:r>
        <w:rPr>
          <w:b/>
        </w:rPr>
        <w:t>5. Which acres are not part of the salvage unit?</w:t>
      </w:r>
      <w:r>
        <w:br/>
        <w:t>A. The 7 acres with enough live trees to retain  B. The 18 acres with high mortality  C. All 25 acres  D. None</w:t>
      </w:r>
    </w:p>
    <w:p w14:paraId="7D0000C2" w14:textId="77777777" w:rsidR="00C2552D" w:rsidRDefault="00954079">
      <w:r>
        <w:rPr>
          <w:b/>
        </w:rPr>
        <w:t>6. Calculate gross salvage sawlog revenue.</w:t>
      </w:r>
      <w:r>
        <w:br/>
        <w:t>Answer: $__________</w:t>
      </w:r>
    </w:p>
    <w:p w14:paraId="7D0000C3" w14:textId="77777777" w:rsidR="00C2552D" w:rsidRDefault="00954079">
      <w:r>
        <w:rPr>
          <w:b/>
        </w:rPr>
        <w:t>7. Calculate salvage harvest + trucking cost.</w:t>
      </w:r>
      <w:r>
        <w:br/>
        <w:t>Answer: $__________</w:t>
      </w:r>
    </w:p>
    <w:p w14:paraId="7D0000C4" w14:textId="77777777" w:rsidR="00C2552D" w:rsidRDefault="00954079">
      <w:r>
        <w:rPr>
          <w:b/>
        </w:rPr>
        <w:t>8. Calculate net salvage sawlog revenue before reforestation and other costs.</w:t>
      </w:r>
      <w:r>
        <w:br/>
        <w:t>Answer: $__________</w:t>
      </w:r>
    </w:p>
    <w:p w14:paraId="7D0000C5" w14:textId="77777777" w:rsidR="00C2552D" w:rsidRDefault="00954079">
      <w:r>
        <w:rPr>
          <w:b/>
        </w:rPr>
        <w:t>9. Calculate slash piling and burning cost.</w:t>
      </w:r>
      <w:r>
        <w:br/>
        <w:t>Answer: $__________</w:t>
      </w:r>
    </w:p>
    <w:p w14:paraId="7D0000C6" w14:textId="77777777" w:rsidR="00C2552D" w:rsidRDefault="00954079">
      <w:r>
        <w:rPr>
          <w:b/>
        </w:rPr>
        <w:t>10. Calculate site preparation cost.</w:t>
      </w:r>
      <w:r>
        <w:br/>
        <w:t>Answer: $__________</w:t>
      </w:r>
    </w:p>
    <w:p w14:paraId="7D0000C7" w14:textId="77777777" w:rsidR="00C2552D" w:rsidRDefault="00954079">
      <w:r>
        <w:rPr>
          <w:b/>
        </w:rPr>
        <w:t>11. Calculate total seedlings needed.</w:t>
      </w:r>
      <w:r>
        <w:br/>
        <w:t>Answer: __________ seedlings</w:t>
      </w:r>
    </w:p>
    <w:p w14:paraId="7D0000C8" w14:textId="77777777" w:rsidR="00C2552D" w:rsidRDefault="00954079">
      <w:r>
        <w:rPr>
          <w:b/>
        </w:rPr>
        <w:t>12. Calculate total seedling purchase cost.</w:t>
      </w:r>
      <w:r>
        <w:br/>
        <w:t>Answer: $__________</w:t>
      </w:r>
    </w:p>
    <w:p w14:paraId="7D0000C9" w14:textId="77777777" w:rsidR="00C2552D" w:rsidRDefault="00954079">
      <w:r>
        <w:rPr>
          <w:b/>
        </w:rPr>
        <w:t>13. Calculate total planting labor cost.</w:t>
      </w:r>
      <w:r>
        <w:br/>
        <w:t>Answer: $__________</w:t>
      </w:r>
    </w:p>
    <w:p w14:paraId="7D0000CA" w14:textId="77777777" w:rsidR="00C2552D" w:rsidRDefault="00954079">
      <w:r>
        <w:rPr>
          <w:b/>
        </w:rPr>
        <w:t>14. Calculate total reforestation cost, including site preparation, seedlings, and planting labor.</w:t>
      </w:r>
      <w:r>
        <w:br/>
        <w:t>Answer: $__________</w:t>
      </w:r>
    </w:p>
    <w:p w14:paraId="7D0000CB" w14:textId="77777777" w:rsidR="00C2552D" w:rsidRDefault="00954079">
      <w:r>
        <w:rPr>
          <w:b/>
        </w:rPr>
        <w:t>15. Calculate total project cost after harvest + trucking, slash, reforestation, and professional assistance.</w:t>
      </w:r>
      <w:r>
        <w:br/>
        <w:t>Answer: $__________</w:t>
      </w:r>
    </w:p>
    <w:p w14:paraId="7D0000CC" w14:textId="77777777" w:rsidR="00C2552D" w:rsidRDefault="00954079">
      <w:r>
        <w:rPr>
          <w:b/>
        </w:rPr>
        <w:t>16. Calculate final net project return or loss.</w:t>
      </w:r>
      <w:r>
        <w:br/>
        <w:t>Answer: $__________</w:t>
      </w:r>
    </w:p>
    <w:p w14:paraId="7D0000CD" w14:textId="77777777" w:rsidR="00C2552D" w:rsidRDefault="00954079">
      <w:r>
        <w:rPr>
          <w:b/>
        </w:rPr>
        <w:t>17. Which single cost category is the largest after harvest + trucking?</w:t>
      </w:r>
      <w:r>
        <w:br/>
        <w:t>A. Slash piling and burning  B. Site preparation  C. Seedling purchase  D. Planting labor</w:t>
      </w:r>
    </w:p>
    <w:p w14:paraId="7D0000CE" w14:textId="77777777" w:rsidR="00C2552D" w:rsidRDefault="00954079">
      <w:r>
        <w:rPr>
          <w:b/>
        </w:rPr>
        <w:lastRenderedPageBreak/>
        <w:t>18. Which statement is most accurate?</w:t>
      </w:r>
      <w:r>
        <w:br/>
        <w:t>A. The project is profitable after all listed costs.  B. The project loses money after all listed costs.  C. There are no reforestation costs.  D. Harvest + trucking costs exceed gross revenue.</w:t>
      </w:r>
    </w:p>
    <w:p w14:paraId="7D0000CF" w14:textId="77777777" w:rsidR="00C2552D" w:rsidRDefault="00954079">
      <w:r>
        <w:rPr>
          <w:b/>
        </w:rPr>
        <w:t>19. Rank the following costs from highest to lowest.</w:t>
      </w:r>
      <w:r>
        <w:br/>
        <w:t>A. Harvest + trucking, planting labor, site preparation, seedling purchase, slash, professional assistance  B. Planting labor, harvest + trucking, site preparation, slash, seedlings, professional assistance  C. Slash, seedlings, harvest + trucking, planting labor, site preparation, professional assistance  D. Professional assistance, seedlings, slash, site preparation, planting labor, harvest + trucking</w:t>
      </w:r>
    </w:p>
    <w:p w14:paraId="7D0000D0" w14:textId="77777777" w:rsidR="00C2552D" w:rsidRDefault="00954079">
      <w:r>
        <w:rPr>
          <w:b/>
        </w:rPr>
        <w:t>20. Which recommendation is best supported by the scenario data?</w:t>
      </w:r>
      <w:r>
        <w:br/>
        <w:t>A. Salvage all 25 acres and do not replant.  B. Complete salvage on the 18 high-mortality acres, complete slash treatment, reforest the severely burned acres, and recognize that cost-share may be needed because the full project has a net loss.  C. Do nothing because there is no merchantable timber.  D. Plant the 7 live-tree acres and ignore the burned acres.</w:t>
      </w:r>
    </w:p>
    <w:p w14:paraId="7D0000D1" w14:textId="77777777" w:rsidR="00C2552D" w:rsidRDefault="00954079">
      <w:pPr>
        <w:pStyle w:val="Heading2"/>
      </w:pPr>
      <w:r>
        <w:t>Official Answer Key and Responses</w:t>
      </w:r>
    </w:p>
    <w:tbl>
      <w:tblPr>
        <w:tblStyle w:val="TableGrid"/>
        <w:tblW w:w="0" w:type="auto"/>
        <w:jc w:val="center"/>
        <w:tblLook w:val="04A0" w:firstRow="1" w:lastRow="0" w:firstColumn="1" w:lastColumn="0" w:noHBand="0" w:noVBand="1"/>
      </w:tblPr>
      <w:tblGrid>
        <w:gridCol w:w="720"/>
        <w:gridCol w:w="1872"/>
        <w:gridCol w:w="1008"/>
        <w:gridCol w:w="6480"/>
      </w:tblGrid>
      <w:tr w:rsidR="00C2552D" w14:paraId="7D0000D6" w14:textId="77777777">
        <w:trPr>
          <w:tblHeader/>
          <w:jc w:val="center"/>
        </w:trPr>
        <w:tc>
          <w:tcPr>
            <w:tcW w:w="720" w:type="dxa"/>
            <w:shd w:val="clear" w:color="auto" w:fill="D9EAD3"/>
            <w:vAlign w:val="center"/>
          </w:tcPr>
          <w:p w14:paraId="7D0000D2" w14:textId="77777777" w:rsidR="00C2552D" w:rsidRDefault="00954079">
            <w:r>
              <w:rPr>
                <w:b/>
                <w:sz w:val="20"/>
              </w:rPr>
              <w:t>Q</w:t>
            </w:r>
          </w:p>
        </w:tc>
        <w:tc>
          <w:tcPr>
            <w:tcW w:w="1872" w:type="dxa"/>
            <w:shd w:val="clear" w:color="auto" w:fill="D9EAD3"/>
            <w:vAlign w:val="center"/>
          </w:tcPr>
          <w:p w14:paraId="7D0000D3" w14:textId="77777777" w:rsidR="00C2552D" w:rsidRDefault="00954079">
            <w:r>
              <w:rPr>
                <w:b/>
                <w:sz w:val="20"/>
              </w:rPr>
              <w:t>Correct Answer</w:t>
            </w:r>
          </w:p>
        </w:tc>
        <w:tc>
          <w:tcPr>
            <w:tcW w:w="1008" w:type="dxa"/>
            <w:shd w:val="clear" w:color="auto" w:fill="D9EAD3"/>
            <w:vAlign w:val="center"/>
          </w:tcPr>
          <w:p w14:paraId="7D0000D4" w14:textId="77777777" w:rsidR="00C2552D" w:rsidRDefault="00954079">
            <w:r>
              <w:rPr>
                <w:b/>
                <w:sz w:val="20"/>
              </w:rPr>
              <w:t>Points</w:t>
            </w:r>
          </w:p>
        </w:tc>
        <w:tc>
          <w:tcPr>
            <w:tcW w:w="6480" w:type="dxa"/>
            <w:shd w:val="clear" w:color="auto" w:fill="D9EAD3"/>
            <w:vAlign w:val="center"/>
          </w:tcPr>
          <w:p w14:paraId="7D0000D5" w14:textId="77777777" w:rsidR="00C2552D" w:rsidRDefault="00954079">
            <w:r>
              <w:rPr>
                <w:b/>
                <w:sz w:val="20"/>
              </w:rPr>
              <w:t>Response / Calculation</w:t>
            </w:r>
          </w:p>
        </w:tc>
      </w:tr>
      <w:tr w:rsidR="00C2552D" w14:paraId="7D0000DB" w14:textId="77777777">
        <w:trPr>
          <w:jc w:val="center"/>
        </w:trPr>
        <w:tc>
          <w:tcPr>
            <w:tcW w:w="720" w:type="dxa"/>
            <w:vAlign w:val="center"/>
          </w:tcPr>
          <w:p w14:paraId="7D0000D7" w14:textId="77777777" w:rsidR="00C2552D" w:rsidRDefault="00954079">
            <w:r>
              <w:rPr>
                <w:sz w:val="20"/>
              </w:rPr>
              <w:t>1</w:t>
            </w:r>
          </w:p>
        </w:tc>
        <w:tc>
          <w:tcPr>
            <w:tcW w:w="1872" w:type="dxa"/>
            <w:vAlign w:val="center"/>
          </w:tcPr>
          <w:p w14:paraId="7D0000D8" w14:textId="77777777" w:rsidR="00C2552D" w:rsidRDefault="00954079">
            <w:r>
              <w:rPr>
                <w:sz w:val="20"/>
              </w:rPr>
              <w:t>B</w:t>
            </w:r>
          </w:p>
        </w:tc>
        <w:tc>
          <w:tcPr>
            <w:tcW w:w="1008" w:type="dxa"/>
            <w:vAlign w:val="center"/>
          </w:tcPr>
          <w:p w14:paraId="7D0000D9" w14:textId="77777777" w:rsidR="00C2552D" w:rsidRDefault="00954079">
            <w:r>
              <w:rPr>
                <w:sz w:val="20"/>
              </w:rPr>
              <w:t>5</w:t>
            </w:r>
          </w:p>
        </w:tc>
        <w:tc>
          <w:tcPr>
            <w:tcW w:w="6480" w:type="dxa"/>
            <w:vAlign w:val="center"/>
          </w:tcPr>
          <w:p w14:paraId="7D0000DA" w14:textId="77777777" w:rsidR="00C2552D" w:rsidRDefault="00954079">
            <w:r>
              <w:rPr>
                <w:sz w:val="20"/>
              </w:rPr>
              <w:t>Scenario focuses on post-fire mortality, salvage, and reforestation.</w:t>
            </w:r>
          </w:p>
        </w:tc>
      </w:tr>
      <w:tr w:rsidR="00C2552D" w14:paraId="7D0000E0" w14:textId="77777777">
        <w:trPr>
          <w:jc w:val="center"/>
        </w:trPr>
        <w:tc>
          <w:tcPr>
            <w:tcW w:w="720" w:type="dxa"/>
            <w:vAlign w:val="center"/>
          </w:tcPr>
          <w:p w14:paraId="7D0000DC" w14:textId="77777777" w:rsidR="00C2552D" w:rsidRDefault="00954079">
            <w:r>
              <w:rPr>
                <w:sz w:val="20"/>
              </w:rPr>
              <w:t>2</w:t>
            </w:r>
          </w:p>
        </w:tc>
        <w:tc>
          <w:tcPr>
            <w:tcW w:w="1872" w:type="dxa"/>
            <w:vAlign w:val="center"/>
          </w:tcPr>
          <w:p w14:paraId="7D0000DD" w14:textId="77777777" w:rsidR="00C2552D" w:rsidRDefault="00954079">
            <w:r>
              <w:rPr>
                <w:sz w:val="20"/>
              </w:rPr>
              <w:t>B</w:t>
            </w:r>
          </w:p>
        </w:tc>
        <w:tc>
          <w:tcPr>
            <w:tcW w:w="1008" w:type="dxa"/>
            <w:vAlign w:val="center"/>
          </w:tcPr>
          <w:p w14:paraId="7D0000DE" w14:textId="77777777" w:rsidR="00C2552D" w:rsidRDefault="00954079">
            <w:r>
              <w:rPr>
                <w:sz w:val="20"/>
              </w:rPr>
              <w:t>5</w:t>
            </w:r>
          </w:p>
        </w:tc>
        <w:tc>
          <w:tcPr>
            <w:tcW w:w="6480" w:type="dxa"/>
            <w:vAlign w:val="center"/>
          </w:tcPr>
          <w:p w14:paraId="7D0000DF" w14:textId="77777777" w:rsidR="00C2552D" w:rsidRDefault="00954079">
            <w:r>
              <w:rPr>
                <w:sz w:val="20"/>
              </w:rPr>
              <w:t>18 acres have high mortality and are included.</w:t>
            </w:r>
          </w:p>
        </w:tc>
      </w:tr>
      <w:tr w:rsidR="00C2552D" w14:paraId="7D0000E5" w14:textId="77777777">
        <w:trPr>
          <w:jc w:val="center"/>
        </w:trPr>
        <w:tc>
          <w:tcPr>
            <w:tcW w:w="720" w:type="dxa"/>
            <w:vAlign w:val="center"/>
          </w:tcPr>
          <w:p w14:paraId="7D0000E1" w14:textId="77777777" w:rsidR="00C2552D" w:rsidRDefault="00954079">
            <w:r>
              <w:rPr>
                <w:sz w:val="20"/>
              </w:rPr>
              <w:t>3</w:t>
            </w:r>
          </w:p>
        </w:tc>
        <w:tc>
          <w:tcPr>
            <w:tcW w:w="1872" w:type="dxa"/>
            <w:vAlign w:val="center"/>
          </w:tcPr>
          <w:p w14:paraId="7D0000E2" w14:textId="77777777" w:rsidR="00C2552D" w:rsidRDefault="00954079">
            <w:r>
              <w:rPr>
                <w:sz w:val="20"/>
              </w:rPr>
              <w:t>A</w:t>
            </w:r>
          </w:p>
        </w:tc>
        <w:tc>
          <w:tcPr>
            <w:tcW w:w="1008" w:type="dxa"/>
            <w:vAlign w:val="center"/>
          </w:tcPr>
          <w:p w14:paraId="7D0000E3" w14:textId="77777777" w:rsidR="00C2552D" w:rsidRDefault="00954079">
            <w:r>
              <w:rPr>
                <w:sz w:val="20"/>
              </w:rPr>
              <w:t>5</w:t>
            </w:r>
          </w:p>
        </w:tc>
        <w:tc>
          <w:tcPr>
            <w:tcW w:w="6480" w:type="dxa"/>
            <w:vAlign w:val="center"/>
          </w:tcPr>
          <w:p w14:paraId="7D0000E4" w14:textId="77777777" w:rsidR="00C2552D" w:rsidRDefault="00954079">
            <w:r>
              <w:rPr>
                <w:sz w:val="20"/>
              </w:rPr>
              <w:t>The scenario states these objectives.</w:t>
            </w:r>
          </w:p>
        </w:tc>
      </w:tr>
      <w:tr w:rsidR="00C2552D" w14:paraId="7D0000EA" w14:textId="77777777">
        <w:trPr>
          <w:jc w:val="center"/>
        </w:trPr>
        <w:tc>
          <w:tcPr>
            <w:tcW w:w="720" w:type="dxa"/>
            <w:vAlign w:val="center"/>
          </w:tcPr>
          <w:p w14:paraId="7D0000E6" w14:textId="77777777" w:rsidR="00C2552D" w:rsidRDefault="00954079">
            <w:r>
              <w:rPr>
                <w:sz w:val="20"/>
              </w:rPr>
              <w:t>4</w:t>
            </w:r>
          </w:p>
        </w:tc>
        <w:tc>
          <w:tcPr>
            <w:tcW w:w="1872" w:type="dxa"/>
            <w:vAlign w:val="center"/>
          </w:tcPr>
          <w:p w14:paraId="7D0000E7" w14:textId="77777777" w:rsidR="00C2552D" w:rsidRDefault="00954079">
            <w:r>
              <w:rPr>
                <w:sz w:val="20"/>
              </w:rPr>
              <w:t>C</w:t>
            </w:r>
          </w:p>
        </w:tc>
        <w:tc>
          <w:tcPr>
            <w:tcW w:w="1008" w:type="dxa"/>
            <w:vAlign w:val="center"/>
          </w:tcPr>
          <w:p w14:paraId="7D0000E8" w14:textId="77777777" w:rsidR="00C2552D" w:rsidRDefault="00954079">
            <w:r>
              <w:rPr>
                <w:sz w:val="20"/>
              </w:rPr>
              <w:t>5</w:t>
            </w:r>
          </w:p>
        </w:tc>
        <w:tc>
          <w:tcPr>
            <w:tcW w:w="6480" w:type="dxa"/>
            <w:vAlign w:val="center"/>
          </w:tcPr>
          <w:p w14:paraId="7D0000E9" w14:textId="77777777" w:rsidR="00C2552D" w:rsidRDefault="00954079">
            <w:r>
              <w:rPr>
                <w:sz w:val="20"/>
              </w:rPr>
              <w:t>Professional forestry assistance is a $1,200 flat cost.</w:t>
            </w:r>
          </w:p>
        </w:tc>
      </w:tr>
      <w:tr w:rsidR="00C2552D" w14:paraId="7D0000EF" w14:textId="77777777">
        <w:trPr>
          <w:jc w:val="center"/>
        </w:trPr>
        <w:tc>
          <w:tcPr>
            <w:tcW w:w="720" w:type="dxa"/>
            <w:vAlign w:val="center"/>
          </w:tcPr>
          <w:p w14:paraId="7D0000EB" w14:textId="77777777" w:rsidR="00C2552D" w:rsidRDefault="00954079">
            <w:r>
              <w:rPr>
                <w:sz w:val="20"/>
              </w:rPr>
              <w:t>5</w:t>
            </w:r>
          </w:p>
        </w:tc>
        <w:tc>
          <w:tcPr>
            <w:tcW w:w="1872" w:type="dxa"/>
            <w:vAlign w:val="center"/>
          </w:tcPr>
          <w:p w14:paraId="7D0000EC" w14:textId="77777777" w:rsidR="00C2552D" w:rsidRDefault="00954079">
            <w:r>
              <w:rPr>
                <w:sz w:val="20"/>
              </w:rPr>
              <w:t>A</w:t>
            </w:r>
          </w:p>
        </w:tc>
        <w:tc>
          <w:tcPr>
            <w:tcW w:w="1008" w:type="dxa"/>
            <w:vAlign w:val="center"/>
          </w:tcPr>
          <w:p w14:paraId="7D0000ED" w14:textId="77777777" w:rsidR="00C2552D" w:rsidRDefault="00954079">
            <w:r>
              <w:rPr>
                <w:sz w:val="20"/>
              </w:rPr>
              <w:t>5</w:t>
            </w:r>
          </w:p>
        </w:tc>
        <w:tc>
          <w:tcPr>
            <w:tcW w:w="6480" w:type="dxa"/>
            <w:vAlign w:val="center"/>
          </w:tcPr>
          <w:p w14:paraId="7D0000EE" w14:textId="77777777" w:rsidR="00C2552D" w:rsidRDefault="00954079">
            <w:r>
              <w:rPr>
                <w:sz w:val="20"/>
              </w:rPr>
              <w:t>The remaining 7 acres have enough live trees to retain.</w:t>
            </w:r>
          </w:p>
        </w:tc>
      </w:tr>
      <w:tr w:rsidR="00C2552D" w14:paraId="7D0000F4" w14:textId="77777777">
        <w:trPr>
          <w:jc w:val="center"/>
        </w:trPr>
        <w:tc>
          <w:tcPr>
            <w:tcW w:w="720" w:type="dxa"/>
            <w:vAlign w:val="center"/>
          </w:tcPr>
          <w:p w14:paraId="7D0000F0" w14:textId="77777777" w:rsidR="00C2552D" w:rsidRDefault="00954079">
            <w:r>
              <w:rPr>
                <w:sz w:val="20"/>
              </w:rPr>
              <w:t>6</w:t>
            </w:r>
          </w:p>
        </w:tc>
        <w:tc>
          <w:tcPr>
            <w:tcW w:w="1872" w:type="dxa"/>
            <w:vAlign w:val="center"/>
          </w:tcPr>
          <w:p w14:paraId="7D0000F1" w14:textId="77777777" w:rsidR="00C2552D" w:rsidRDefault="00954079">
            <w:r>
              <w:rPr>
                <w:sz w:val="20"/>
              </w:rPr>
              <w:t>$10,530</w:t>
            </w:r>
          </w:p>
        </w:tc>
        <w:tc>
          <w:tcPr>
            <w:tcW w:w="1008" w:type="dxa"/>
            <w:vAlign w:val="center"/>
          </w:tcPr>
          <w:p w14:paraId="7D0000F2" w14:textId="77777777" w:rsidR="00C2552D" w:rsidRDefault="00954079">
            <w:r>
              <w:rPr>
                <w:sz w:val="20"/>
              </w:rPr>
              <w:t>10</w:t>
            </w:r>
          </w:p>
        </w:tc>
        <w:tc>
          <w:tcPr>
            <w:tcW w:w="6480" w:type="dxa"/>
            <w:vAlign w:val="center"/>
          </w:tcPr>
          <w:p w14:paraId="7D0000F3" w14:textId="77777777" w:rsidR="00C2552D" w:rsidRDefault="00954079">
            <w:r>
              <w:rPr>
                <w:sz w:val="20"/>
              </w:rPr>
              <w:t>27 MBF x $390/MBF.</w:t>
            </w:r>
          </w:p>
        </w:tc>
      </w:tr>
      <w:tr w:rsidR="00C2552D" w14:paraId="7D0000F9" w14:textId="77777777">
        <w:trPr>
          <w:jc w:val="center"/>
        </w:trPr>
        <w:tc>
          <w:tcPr>
            <w:tcW w:w="720" w:type="dxa"/>
            <w:vAlign w:val="center"/>
          </w:tcPr>
          <w:p w14:paraId="7D0000F5" w14:textId="77777777" w:rsidR="00C2552D" w:rsidRDefault="00954079">
            <w:r>
              <w:rPr>
                <w:sz w:val="20"/>
              </w:rPr>
              <w:t>7</w:t>
            </w:r>
          </w:p>
        </w:tc>
        <w:tc>
          <w:tcPr>
            <w:tcW w:w="1872" w:type="dxa"/>
            <w:vAlign w:val="center"/>
          </w:tcPr>
          <w:p w14:paraId="7D0000F6" w14:textId="77777777" w:rsidR="00C2552D" w:rsidRDefault="00954079">
            <w:r>
              <w:rPr>
                <w:sz w:val="20"/>
              </w:rPr>
              <w:t>$6,615</w:t>
            </w:r>
          </w:p>
        </w:tc>
        <w:tc>
          <w:tcPr>
            <w:tcW w:w="1008" w:type="dxa"/>
            <w:vAlign w:val="center"/>
          </w:tcPr>
          <w:p w14:paraId="7D0000F7" w14:textId="77777777" w:rsidR="00C2552D" w:rsidRDefault="00954079">
            <w:r>
              <w:rPr>
                <w:sz w:val="20"/>
              </w:rPr>
              <w:t>10</w:t>
            </w:r>
          </w:p>
        </w:tc>
        <w:tc>
          <w:tcPr>
            <w:tcW w:w="6480" w:type="dxa"/>
            <w:vAlign w:val="center"/>
          </w:tcPr>
          <w:p w14:paraId="7D0000F8" w14:textId="77777777" w:rsidR="00C2552D" w:rsidRDefault="00954079">
            <w:r>
              <w:rPr>
                <w:sz w:val="20"/>
              </w:rPr>
              <w:t>27 MBF x $245/MBF.</w:t>
            </w:r>
          </w:p>
        </w:tc>
      </w:tr>
      <w:tr w:rsidR="00C2552D" w14:paraId="7D0000FE" w14:textId="77777777">
        <w:trPr>
          <w:jc w:val="center"/>
        </w:trPr>
        <w:tc>
          <w:tcPr>
            <w:tcW w:w="720" w:type="dxa"/>
            <w:vAlign w:val="center"/>
          </w:tcPr>
          <w:p w14:paraId="7D0000FA" w14:textId="77777777" w:rsidR="00C2552D" w:rsidRDefault="00954079">
            <w:r>
              <w:rPr>
                <w:sz w:val="20"/>
              </w:rPr>
              <w:t>8</w:t>
            </w:r>
          </w:p>
        </w:tc>
        <w:tc>
          <w:tcPr>
            <w:tcW w:w="1872" w:type="dxa"/>
            <w:vAlign w:val="center"/>
          </w:tcPr>
          <w:p w14:paraId="7D0000FB" w14:textId="77777777" w:rsidR="00C2552D" w:rsidRDefault="00954079">
            <w:r>
              <w:rPr>
                <w:sz w:val="20"/>
              </w:rPr>
              <w:t>$3,915</w:t>
            </w:r>
          </w:p>
        </w:tc>
        <w:tc>
          <w:tcPr>
            <w:tcW w:w="1008" w:type="dxa"/>
            <w:vAlign w:val="center"/>
          </w:tcPr>
          <w:p w14:paraId="7D0000FC" w14:textId="77777777" w:rsidR="00C2552D" w:rsidRDefault="00954079">
            <w:r>
              <w:rPr>
                <w:sz w:val="20"/>
              </w:rPr>
              <w:t>10</w:t>
            </w:r>
          </w:p>
        </w:tc>
        <w:tc>
          <w:tcPr>
            <w:tcW w:w="6480" w:type="dxa"/>
            <w:vAlign w:val="center"/>
          </w:tcPr>
          <w:p w14:paraId="7D0000FD" w14:textId="77777777" w:rsidR="00C2552D" w:rsidRDefault="00954079">
            <w:r>
              <w:rPr>
                <w:sz w:val="20"/>
              </w:rPr>
              <w:t>$10,530 - $6,615.</w:t>
            </w:r>
          </w:p>
        </w:tc>
      </w:tr>
      <w:tr w:rsidR="00C2552D" w14:paraId="7D000103" w14:textId="77777777">
        <w:trPr>
          <w:jc w:val="center"/>
        </w:trPr>
        <w:tc>
          <w:tcPr>
            <w:tcW w:w="720" w:type="dxa"/>
            <w:vAlign w:val="center"/>
          </w:tcPr>
          <w:p w14:paraId="7D0000FF" w14:textId="77777777" w:rsidR="00C2552D" w:rsidRDefault="00954079">
            <w:r>
              <w:rPr>
                <w:sz w:val="20"/>
              </w:rPr>
              <w:t>9</w:t>
            </w:r>
          </w:p>
        </w:tc>
        <w:tc>
          <w:tcPr>
            <w:tcW w:w="1872" w:type="dxa"/>
            <w:vAlign w:val="center"/>
          </w:tcPr>
          <w:p w14:paraId="7D000100" w14:textId="77777777" w:rsidR="00C2552D" w:rsidRDefault="00954079">
            <w:r>
              <w:rPr>
                <w:sz w:val="20"/>
              </w:rPr>
              <w:t>$2,880</w:t>
            </w:r>
          </w:p>
        </w:tc>
        <w:tc>
          <w:tcPr>
            <w:tcW w:w="1008" w:type="dxa"/>
            <w:vAlign w:val="center"/>
          </w:tcPr>
          <w:p w14:paraId="7D000101" w14:textId="77777777" w:rsidR="00C2552D" w:rsidRDefault="00954079">
            <w:r>
              <w:rPr>
                <w:sz w:val="20"/>
              </w:rPr>
              <w:t>10</w:t>
            </w:r>
          </w:p>
        </w:tc>
        <w:tc>
          <w:tcPr>
            <w:tcW w:w="6480" w:type="dxa"/>
            <w:vAlign w:val="center"/>
          </w:tcPr>
          <w:p w14:paraId="7D000102" w14:textId="77777777" w:rsidR="00C2552D" w:rsidRDefault="00954079">
            <w:r>
              <w:rPr>
                <w:sz w:val="20"/>
              </w:rPr>
              <w:t>18 acres x $160/acre.</w:t>
            </w:r>
          </w:p>
        </w:tc>
      </w:tr>
      <w:tr w:rsidR="00C2552D" w14:paraId="7D000108" w14:textId="77777777">
        <w:trPr>
          <w:jc w:val="center"/>
        </w:trPr>
        <w:tc>
          <w:tcPr>
            <w:tcW w:w="720" w:type="dxa"/>
            <w:vAlign w:val="center"/>
          </w:tcPr>
          <w:p w14:paraId="7D000104" w14:textId="77777777" w:rsidR="00C2552D" w:rsidRDefault="00954079">
            <w:r>
              <w:rPr>
                <w:sz w:val="20"/>
              </w:rPr>
              <w:t>10</w:t>
            </w:r>
          </w:p>
        </w:tc>
        <w:tc>
          <w:tcPr>
            <w:tcW w:w="1872" w:type="dxa"/>
            <w:vAlign w:val="center"/>
          </w:tcPr>
          <w:p w14:paraId="7D000105" w14:textId="77777777" w:rsidR="00C2552D" w:rsidRDefault="00954079">
            <w:r>
              <w:rPr>
                <w:sz w:val="20"/>
              </w:rPr>
              <w:t>$3,960</w:t>
            </w:r>
          </w:p>
        </w:tc>
        <w:tc>
          <w:tcPr>
            <w:tcW w:w="1008" w:type="dxa"/>
            <w:vAlign w:val="center"/>
          </w:tcPr>
          <w:p w14:paraId="7D000106" w14:textId="77777777" w:rsidR="00C2552D" w:rsidRDefault="00954079">
            <w:r>
              <w:rPr>
                <w:sz w:val="20"/>
              </w:rPr>
              <w:t>10</w:t>
            </w:r>
          </w:p>
        </w:tc>
        <w:tc>
          <w:tcPr>
            <w:tcW w:w="6480" w:type="dxa"/>
            <w:vAlign w:val="center"/>
          </w:tcPr>
          <w:p w14:paraId="7D000107" w14:textId="77777777" w:rsidR="00C2552D" w:rsidRDefault="00954079">
            <w:r>
              <w:rPr>
                <w:sz w:val="20"/>
              </w:rPr>
              <w:t>18 acres x $220/acre.</w:t>
            </w:r>
          </w:p>
        </w:tc>
      </w:tr>
      <w:tr w:rsidR="00C2552D" w14:paraId="7D00010D" w14:textId="77777777">
        <w:trPr>
          <w:jc w:val="center"/>
        </w:trPr>
        <w:tc>
          <w:tcPr>
            <w:tcW w:w="720" w:type="dxa"/>
            <w:vAlign w:val="center"/>
          </w:tcPr>
          <w:p w14:paraId="7D000109" w14:textId="77777777" w:rsidR="00C2552D" w:rsidRDefault="00954079">
            <w:r>
              <w:rPr>
                <w:sz w:val="20"/>
              </w:rPr>
              <w:t>11</w:t>
            </w:r>
          </w:p>
        </w:tc>
        <w:tc>
          <w:tcPr>
            <w:tcW w:w="1872" w:type="dxa"/>
            <w:vAlign w:val="center"/>
          </w:tcPr>
          <w:p w14:paraId="7D00010A" w14:textId="77777777" w:rsidR="00C2552D" w:rsidRDefault="00954079">
            <w:r>
              <w:rPr>
                <w:sz w:val="20"/>
              </w:rPr>
              <w:t>5,400 seedlings</w:t>
            </w:r>
          </w:p>
        </w:tc>
        <w:tc>
          <w:tcPr>
            <w:tcW w:w="1008" w:type="dxa"/>
            <w:vAlign w:val="center"/>
          </w:tcPr>
          <w:p w14:paraId="7D00010B" w14:textId="77777777" w:rsidR="00C2552D" w:rsidRDefault="00954079">
            <w:r>
              <w:rPr>
                <w:sz w:val="20"/>
              </w:rPr>
              <w:t>10</w:t>
            </w:r>
          </w:p>
        </w:tc>
        <w:tc>
          <w:tcPr>
            <w:tcW w:w="6480" w:type="dxa"/>
            <w:vAlign w:val="center"/>
          </w:tcPr>
          <w:p w14:paraId="7D00010C" w14:textId="77777777" w:rsidR="00C2552D" w:rsidRDefault="00954079">
            <w:r>
              <w:rPr>
                <w:sz w:val="20"/>
              </w:rPr>
              <w:t>18 acres x 300 seedlings/acre.</w:t>
            </w:r>
          </w:p>
        </w:tc>
      </w:tr>
      <w:tr w:rsidR="00C2552D" w14:paraId="7D000112" w14:textId="77777777">
        <w:trPr>
          <w:jc w:val="center"/>
        </w:trPr>
        <w:tc>
          <w:tcPr>
            <w:tcW w:w="720" w:type="dxa"/>
            <w:vAlign w:val="center"/>
          </w:tcPr>
          <w:p w14:paraId="7D00010E" w14:textId="77777777" w:rsidR="00C2552D" w:rsidRDefault="00954079">
            <w:r>
              <w:rPr>
                <w:sz w:val="20"/>
              </w:rPr>
              <w:t>12</w:t>
            </w:r>
          </w:p>
        </w:tc>
        <w:tc>
          <w:tcPr>
            <w:tcW w:w="1872" w:type="dxa"/>
            <w:vAlign w:val="center"/>
          </w:tcPr>
          <w:p w14:paraId="7D00010F" w14:textId="77777777" w:rsidR="00C2552D" w:rsidRDefault="00954079">
            <w:r>
              <w:rPr>
                <w:sz w:val="20"/>
              </w:rPr>
              <w:t>$3,510</w:t>
            </w:r>
          </w:p>
        </w:tc>
        <w:tc>
          <w:tcPr>
            <w:tcW w:w="1008" w:type="dxa"/>
            <w:vAlign w:val="center"/>
          </w:tcPr>
          <w:p w14:paraId="7D000110" w14:textId="77777777" w:rsidR="00C2552D" w:rsidRDefault="00954079">
            <w:r>
              <w:rPr>
                <w:sz w:val="20"/>
              </w:rPr>
              <w:t>10</w:t>
            </w:r>
          </w:p>
        </w:tc>
        <w:tc>
          <w:tcPr>
            <w:tcW w:w="6480" w:type="dxa"/>
            <w:vAlign w:val="center"/>
          </w:tcPr>
          <w:p w14:paraId="7D000111" w14:textId="77777777" w:rsidR="00C2552D" w:rsidRDefault="00954079">
            <w:r>
              <w:rPr>
                <w:sz w:val="20"/>
              </w:rPr>
              <w:t>5,400 x $0.65.</w:t>
            </w:r>
          </w:p>
        </w:tc>
      </w:tr>
      <w:tr w:rsidR="00C2552D" w14:paraId="7D000117" w14:textId="77777777">
        <w:trPr>
          <w:jc w:val="center"/>
        </w:trPr>
        <w:tc>
          <w:tcPr>
            <w:tcW w:w="720" w:type="dxa"/>
            <w:vAlign w:val="center"/>
          </w:tcPr>
          <w:p w14:paraId="7D000113" w14:textId="77777777" w:rsidR="00C2552D" w:rsidRDefault="00954079">
            <w:r>
              <w:rPr>
                <w:sz w:val="20"/>
              </w:rPr>
              <w:t>13</w:t>
            </w:r>
          </w:p>
        </w:tc>
        <w:tc>
          <w:tcPr>
            <w:tcW w:w="1872" w:type="dxa"/>
            <w:vAlign w:val="center"/>
          </w:tcPr>
          <w:p w14:paraId="7D000114" w14:textId="77777777" w:rsidR="00C2552D" w:rsidRDefault="00954079">
            <w:r>
              <w:rPr>
                <w:sz w:val="20"/>
              </w:rPr>
              <w:t>$4,590</w:t>
            </w:r>
          </w:p>
        </w:tc>
        <w:tc>
          <w:tcPr>
            <w:tcW w:w="1008" w:type="dxa"/>
            <w:vAlign w:val="center"/>
          </w:tcPr>
          <w:p w14:paraId="7D000115" w14:textId="77777777" w:rsidR="00C2552D" w:rsidRDefault="00954079">
            <w:r>
              <w:rPr>
                <w:sz w:val="20"/>
              </w:rPr>
              <w:t>10</w:t>
            </w:r>
          </w:p>
        </w:tc>
        <w:tc>
          <w:tcPr>
            <w:tcW w:w="6480" w:type="dxa"/>
            <w:vAlign w:val="center"/>
          </w:tcPr>
          <w:p w14:paraId="7D000116" w14:textId="77777777" w:rsidR="00C2552D" w:rsidRDefault="00954079">
            <w:r>
              <w:rPr>
                <w:sz w:val="20"/>
              </w:rPr>
              <w:t>5,400 x $0.85.</w:t>
            </w:r>
          </w:p>
        </w:tc>
      </w:tr>
      <w:tr w:rsidR="00C2552D" w14:paraId="7D00011C" w14:textId="77777777">
        <w:trPr>
          <w:jc w:val="center"/>
        </w:trPr>
        <w:tc>
          <w:tcPr>
            <w:tcW w:w="720" w:type="dxa"/>
            <w:vAlign w:val="center"/>
          </w:tcPr>
          <w:p w14:paraId="7D000118" w14:textId="77777777" w:rsidR="00C2552D" w:rsidRDefault="00954079">
            <w:r>
              <w:rPr>
                <w:sz w:val="20"/>
              </w:rPr>
              <w:t>14</w:t>
            </w:r>
          </w:p>
        </w:tc>
        <w:tc>
          <w:tcPr>
            <w:tcW w:w="1872" w:type="dxa"/>
            <w:vAlign w:val="center"/>
          </w:tcPr>
          <w:p w14:paraId="7D000119" w14:textId="77777777" w:rsidR="00C2552D" w:rsidRDefault="00954079">
            <w:r>
              <w:rPr>
                <w:sz w:val="20"/>
              </w:rPr>
              <w:t>$12,060</w:t>
            </w:r>
          </w:p>
        </w:tc>
        <w:tc>
          <w:tcPr>
            <w:tcW w:w="1008" w:type="dxa"/>
            <w:vAlign w:val="center"/>
          </w:tcPr>
          <w:p w14:paraId="7D00011A" w14:textId="77777777" w:rsidR="00C2552D" w:rsidRDefault="00954079">
            <w:r>
              <w:rPr>
                <w:sz w:val="20"/>
              </w:rPr>
              <w:t>10</w:t>
            </w:r>
          </w:p>
        </w:tc>
        <w:tc>
          <w:tcPr>
            <w:tcW w:w="6480" w:type="dxa"/>
            <w:vAlign w:val="center"/>
          </w:tcPr>
          <w:p w14:paraId="7D00011B" w14:textId="77777777" w:rsidR="00C2552D" w:rsidRDefault="00954079">
            <w:r>
              <w:rPr>
                <w:sz w:val="20"/>
              </w:rPr>
              <w:t>$3,960 + $3,510 + $4,590.</w:t>
            </w:r>
          </w:p>
        </w:tc>
      </w:tr>
      <w:tr w:rsidR="00C2552D" w14:paraId="7D000121" w14:textId="77777777">
        <w:trPr>
          <w:jc w:val="center"/>
        </w:trPr>
        <w:tc>
          <w:tcPr>
            <w:tcW w:w="720" w:type="dxa"/>
            <w:vAlign w:val="center"/>
          </w:tcPr>
          <w:p w14:paraId="7D00011D" w14:textId="77777777" w:rsidR="00C2552D" w:rsidRDefault="00954079">
            <w:r>
              <w:rPr>
                <w:sz w:val="20"/>
              </w:rPr>
              <w:t>15</w:t>
            </w:r>
          </w:p>
        </w:tc>
        <w:tc>
          <w:tcPr>
            <w:tcW w:w="1872" w:type="dxa"/>
            <w:vAlign w:val="center"/>
          </w:tcPr>
          <w:p w14:paraId="7D00011E" w14:textId="77777777" w:rsidR="00C2552D" w:rsidRDefault="00954079">
            <w:r>
              <w:rPr>
                <w:sz w:val="20"/>
              </w:rPr>
              <w:t>$22,755</w:t>
            </w:r>
          </w:p>
        </w:tc>
        <w:tc>
          <w:tcPr>
            <w:tcW w:w="1008" w:type="dxa"/>
            <w:vAlign w:val="center"/>
          </w:tcPr>
          <w:p w14:paraId="7D00011F" w14:textId="77777777" w:rsidR="00C2552D" w:rsidRDefault="00954079">
            <w:r>
              <w:rPr>
                <w:sz w:val="20"/>
              </w:rPr>
              <w:t>10</w:t>
            </w:r>
          </w:p>
        </w:tc>
        <w:tc>
          <w:tcPr>
            <w:tcW w:w="6480" w:type="dxa"/>
            <w:vAlign w:val="center"/>
          </w:tcPr>
          <w:p w14:paraId="7D000120" w14:textId="77777777" w:rsidR="00C2552D" w:rsidRDefault="00954079">
            <w:r>
              <w:rPr>
                <w:sz w:val="20"/>
              </w:rPr>
              <w:t>$6,615 + $2,880 + $12,060 + $1,200.</w:t>
            </w:r>
          </w:p>
        </w:tc>
      </w:tr>
      <w:tr w:rsidR="00C2552D" w14:paraId="7D000126" w14:textId="77777777">
        <w:trPr>
          <w:jc w:val="center"/>
        </w:trPr>
        <w:tc>
          <w:tcPr>
            <w:tcW w:w="720" w:type="dxa"/>
            <w:vAlign w:val="center"/>
          </w:tcPr>
          <w:p w14:paraId="7D000122" w14:textId="77777777" w:rsidR="00C2552D" w:rsidRDefault="00954079">
            <w:r>
              <w:rPr>
                <w:sz w:val="20"/>
              </w:rPr>
              <w:t>16</w:t>
            </w:r>
          </w:p>
        </w:tc>
        <w:tc>
          <w:tcPr>
            <w:tcW w:w="1872" w:type="dxa"/>
            <w:vAlign w:val="center"/>
          </w:tcPr>
          <w:p w14:paraId="7D000123" w14:textId="77777777" w:rsidR="00C2552D" w:rsidRDefault="00954079">
            <w:r>
              <w:rPr>
                <w:sz w:val="20"/>
              </w:rPr>
              <w:t>-$12,225</w:t>
            </w:r>
          </w:p>
        </w:tc>
        <w:tc>
          <w:tcPr>
            <w:tcW w:w="1008" w:type="dxa"/>
            <w:vAlign w:val="center"/>
          </w:tcPr>
          <w:p w14:paraId="7D000124" w14:textId="77777777" w:rsidR="00C2552D" w:rsidRDefault="00954079">
            <w:r>
              <w:rPr>
                <w:sz w:val="20"/>
              </w:rPr>
              <w:t>10</w:t>
            </w:r>
          </w:p>
        </w:tc>
        <w:tc>
          <w:tcPr>
            <w:tcW w:w="6480" w:type="dxa"/>
            <w:vAlign w:val="center"/>
          </w:tcPr>
          <w:p w14:paraId="7D000125" w14:textId="77777777" w:rsidR="00C2552D" w:rsidRDefault="00954079">
            <w:r>
              <w:rPr>
                <w:sz w:val="20"/>
              </w:rPr>
              <w:t>$10,530 - $22,755.</w:t>
            </w:r>
          </w:p>
        </w:tc>
      </w:tr>
      <w:tr w:rsidR="00C2552D" w14:paraId="7D00012B" w14:textId="77777777">
        <w:trPr>
          <w:jc w:val="center"/>
        </w:trPr>
        <w:tc>
          <w:tcPr>
            <w:tcW w:w="720" w:type="dxa"/>
            <w:vAlign w:val="center"/>
          </w:tcPr>
          <w:p w14:paraId="7D000127" w14:textId="77777777" w:rsidR="00C2552D" w:rsidRDefault="00954079">
            <w:r>
              <w:rPr>
                <w:sz w:val="20"/>
              </w:rPr>
              <w:t>17</w:t>
            </w:r>
          </w:p>
        </w:tc>
        <w:tc>
          <w:tcPr>
            <w:tcW w:w="1872" w:type="dxa"/>
            <w:vAlign w:val="center"/>
          </w:tcPr>
          <w:p w14:paraId="7D000128" w14:textId="77777777" w:rsidR="00C2552D" w:rsidRDefault="00954079">
            <w:r>
              <w:rPr>
                <w:sz w:val="20"/>
              </w:rPr>
              <w:t>D</w:t>
            </w:r>
          </w:p>
        </w:tc>
        <w:tc>
          <w:tcPr>
            <w:tcW w:w="1008" w:type="dxa"/>
            <w:vAlign w:val="center"/>
          </w:tcPr>
          <w:p w14:paraId="7D000129" w14:textId="77777777" w:rsidR="00C2552D" w:rsidRDefault="00954079">
            <w:r>
              <w:rPr>
                <w:sz w:val="20"/>
              </w:rPr>
              <w:t>10</w:t>
            </w:r>
          </w:p>
        </w:tc>
        <w:tc>
          <w:tcPr>
            <w:tcW w:w="6480" w:type="dxa"/>
            <w:vAlign w:val="center"/>
          </w:tcPr>
          <w:p w14:paraId="7D00012A" w14:textId="77777777" w:rsidR="00C2552D" w:rsidRDefault="00954079">
            <w:r>
              <w:rPr>
                <w:sz w:val="20"/>
              </w:rPr>
              <w:t>Planting labor is $4,590, the largest non-harvest/trucking cost.</w:t>
            </w:r>
          </w:p>
        </w:tc>
      </w:tr>
      <w:tr w:rsidR="00C2552D" w14:paraId="7D000130" w14:textId="77777777">
        <w:trPr>
          <w:jc w:val="center"/>
        </w:trPr>
        <w:tc>
          <w:tcPr>
            <w:tcW w:w="720" w:type="dxa"/>
            <w:vAlign w:val="center"/>
          </w:tcPr>
          <w:p w14:paraId="7D00012C" w14:textId="77777777" w:rsidR="00C2552D" w:rsidRDefault="00954079">
            <w:r>
              <w:rPr>
                <w:sz w:val="20"/>
              </w:rPr>
              <w:t>18</w:t>
            </w:r>
          </w:p>
        </w:tc>
        <w:tc>
          <w:tcPr>
            <w:tcW w:w="1872" w:type="dxa"/>
            <w:vAlign w:val="center"/>
          </w:tcPr>
          <w:p w14:paraId="7D00012D" w14:textId="77777777" w:rsidR="00C2552D" w:rsidRDefault="00954079">
            <w:r>
              <w:rPr>
                <w:sz w:val="20"/>
              </w:rPr>
              <w:t>B</w:t>
            </w:r>
          </w:p>
        </w:tc>
        <w:tc>
          <w:tcPr>
            <w:tcW w:w="1008" w:type="dxa"/>
            <w:vAlign w:val="center"/>
          </w:tcPr>
          <w:p w14:paraId="7D00012E" w14:textId="77777777" w:rsidR="00C2552D" w:rsidRDefault="00954079">
            <w:r>
              <w:rPr>
                <w:sz w:val="20"/>
              </w:rPr>
              <w:t>10</w:t>
            </w:r>
          </w:p>
        </w:tc>
        <w:tc>
          <w:tcPr>
            <w:tcW w:w="6480" w:type="dxa"/>
            <w:vAlign w:val="center"/>
          </w:tcPr>
          <w:p w14:paraId="7D00012F" w14:textId="77777777" w:rsidR="00C2552D" w:rsidRDefault="00954079">
            <w:r>
              <w:rPr>
                <w:sz w:val="20"/>
              </w:rPr>
              <w:t>The full project has a net loss of $12,225.</w:t>
            </w:r>
          </w:p>
        </w:tc>
      </w:tr>
      <w:tr w:rsidR="00C2552D" w14:paraId="7D000135" w14:textId="77777777">
        <w:trPr>
          <w:jc w:val="center"/>
        </w:trPr>
        <w:tc>
          <w:tcPr>
            <w:tcW w:w="720" w:type="dxa"/>
            <w:vAlign w:val="center"/>
          </w:tcPr>
          <w:p w14:paraId="7D000131" w14:textId="77777777" w:rsidR="00C2552D" w:rsidRDefault="00954079">
            <w:r>
              <w:rPr>
                <w:sz w:val="20"/>
              </w:rPr>
              <w:t>19</w:t>
            </w:r>
          </w:p>
        </w:tc>
        <w:tc>
          <w:tcPr>
            <w:tcW w:w="1872" w:type="dxa"/>
            <w:vAlign w:val="center"/>
          </w:tcPr>
          <w:p w14:paraId="7D000132" w14:textId="77777777" w:rsidR="00C2552D" w:rsidRDefault="00954079">
            <w:r>
              <w:rPr>
                <w:sz w:val="20"/>
              </w:rPr>
              <w:t>A</w:t>
            </w:r>
          </w:p>
        </w:tc>
        <w:tc>
          <w:tcPr>
            <w:tcW w:w="1008" w:type="dxa"/>
            <w:vAlign w:val="center"/>
          </w:tcPr>
          <w:p w14:paraId="7D000133" w14:textId="77777777" w:rsidR="00C2552D" w:rsidRDefault="00954079">
            <w:r>
              <w:rPr>
                <w:sz w:val="20"/>
              </w:rPr>
              <w:t>15</w:t>
            </w:r>
          </w:p>
        </w:tc>
        <w:tc>
          <w:tcPr>
            <w:tcW w:w="6480" w:type="dxa"/>
            <w:vAlign w:val="center"/>
          </w:tcPr>
          <w:p w14:paraId="7D000134" w14:textId="77777777" w:rsidR="00C2552D" w:rsidRDefault="00954079">
            <w:r>
              <w:t>Harvest/trucking $6,615; planting $4,590; site prep $3,960; seedlings $3,510; slash $2,880; professional assistance $1,200.</w:t>
            </w:r>
          </w:p>
        </w:tc>
      </w:tr>
      <w:tr w:rsidR="00C2552D" w14:paraId="7D00013A" w14:textId="77777777">
        <w:trPr>
          <w:jc w:val="center"/>
        </w:trPr>
        <w:tc>
          <w:tcPr>
            <w:tcW w:w="720" w:type="dxa"/>
            <w:vAlign w:val="center"/>
          </w:tcPr>
          <w:p w14:paraId="7D000136" w14:textId="77777777" w:rsidR="00C2552D" w:rsidRDefault="00954079">
            <w:r>
              <w:rPr>
                <w:sz w:val="20"/>
              </w:rPr>
              <w:t>20</w:t>
            </w:r>
          </w:p>
        </w:tc>
        <w:tc>
          <w:tcPr>
            <w:tcW w:w="1872" w:type="dxa"/>
            <w:vAlign w:val="center"/>
          </w:tcPr>
          <w:p w14:paraId="7D000137" w14:textId="77777777" w:rsidR="00C2552D" w:rsidRDefault="00954079">
            <w:r>
              <w:rPr>
                <w:sz w:val="20"/>
              </w:rPr>
              <w:t>B</w:t>
            </w:r>
          </w:p>
        </w:tc>
        <w:tc>
          <w:tcPr>
            <w:tcW w:w="1008" w:type="dxa"/>
            <w:vAlign w:val="center"/>
          </w:tcPr>
          <w:p w14:paraId="7D000138" w14:textId="77777777" w:rsidR="00C2552D" w:rsidRDefault="00954079">
            <w:r>
              <w:rPr>
                <w:sz w:val="20"/>
              </w:rPr>
              <w:t>25</w:t>
            </w:r>
          </w:p>
        </w:tc>
        <w:tc>
          <w:tcPr>
            <w:tcW w:w="6480" w:type="dxa"/>
            <w:vAlign w:val="center"/>
          </w:tcPr>
          <w:p w14:paraId="7D000139" w14:textId="77777777" w:rsidR="00C2552D" w:rsidRDefault="00954079">
            <w:r>
              <w:rPr>
                <w:sz w:val="20"/>
              </w:rPr>
              <w:t>Best answer addresses salvage, fuels, reforestation, live-tree retention, and likely cost-share need.</w:t>
            </w:r>
          </w:p>
        </w:tc>
      </w:tr>
    </w:tbl>
    <w:p w14:paraId="7D00013B" w14:textId="77777777" w:rsidR="00C2552D" w:rsidRDefault="00954079">
      <w:r>
        <w:t>Note for contest writers: Ranking questions must be checked carefully so the listed answer choices exactly match the official numeric order. For Example Scenario 2, the true descending cost order is harvest + trucking, planting labor, site preparation, seedling purchase, slash piling and burning, and professional forestry assistance.</w:t>
      </w:r>
    </w:p>
    <w:p w14:paraId="7D00013C" w14:textId="77777777" w:rsidR="00C2552D" w:rsidRDefault="00954079">
      <w:pPr>
        <w:pStyle w:val="Heading1"/>
      </w:pPr>
      <w:r>
        <w:t>Contest Writer Checklist</w:t>
      </w:r>
    </w:p>
    <w:p w14:paraId="7D00013D" w14:textId="77777777" w:rsidR="00C2552D" w:rsidRDefault="00954079">
      <w:pPr>
        <w:pStyle w:val="ListBullet"/>
      </w:pPr>
      <w:r>
        <w:t>Keep the scenario packet to one page when possible.</w:t>
      </w:r>
    </w:p>
    <w:p w14:paraId="7D00013E" w14:textId="77777777" w:rsidR="00C2552D" w:rsidRDefault="00954079">
      <w:pPr>
        <w:pStyle w:val="ListBullet"/>
      </w:pPr>
      <w:r>
        <w:t>Limit the team answer sheet to 20 questions.</w:t>
      </w:r>
    </w:p>
    <w:p w14:paraId="7D00013F" w14:textId="77777777" w:rsidR="00C2552D" w:rsidRDefault="00954079">
      <w:pPr>
        <w:pStyle w:val="ListBullet"/>
      </w:pPr>
      <w:r>
        <w:t>Use no more than 8 calculation questions unless the math is very simple.</w:t>
      </w:r>
    </w:p>
    <w:p w14:paraId="7D000140" w14:textId="77777777" w:rsidR="00C2552D" w:rsidRDefault="00954079">
      <w:pPr>
        <w:pStyle w:val="ListBullet"/>
      </w:pPr>
      <w:r>
        <w:t>Provide all rates, prices, volumes, and costs needed to solve the problem.</w:t>
      </w:r>
    </w:p>
    <w:p w14:paraId="7D000141" w14:textId="77777777" w:rsidR="00C2552D" w:rsidRDefault="00954079">
      <w:pPr>
        <w:pStyle w:val="ListBullet"/>
      </w:pPr>
      <w:r>
        <w:t>Use answer tolerances for calculations when rounding is possible.</w:t>
      </w:r>
    </w:p>
    <w:p w14:paraId="7D000142" w14:textId="77777777" w:rsidR="00C2552D" w:rsidRDefault="00954079">
      <w:pPr>
        <w:pStyle w:val="ListBullet"/>
      </w:pPr>
      <w:r>
        <w:t>Avoid essay responses or judge-scored writing.</w:t>
      </w:r>
    </w:p>
    <w:p w14:paraId="7D000143" w14:textId="77777777" w:rsidR="00C2552D" w:rsidRDefault="00954079">
      <w:pPr>
        <w:pStyle w:val="ListBullet"/>
      </w:pPr>
      <w:r>
        <w:lastRenderedPageBreak/>
        <w:t>Make the final recommendation a multiple-choice synthesis question worth 25 points.</w:t>
      </w:r>
    </w:p>
    <w:p w14:paraId="7D000144" w14:textId="77777777" w:rsidR="00C2552D" w:rsidRDefault="00954079">
      <w:pPr>
        <w:pStyle w:val="ListBullet"/>
      </w:pPr>
      <w:r>
        <w:t>Field test each scenario with students or advisors before using it at a state contest.</w:t>
      </w:r>
    </w:p>
    <w:sectPr w:rsidR="00C2552D" w:rsidSect="00034616">
      <w:footerReference w:type="default" r:id="rId8"/>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5D790" w14:textId="77777777" w:rsidR="00AF6C64" w:rsidRDefault="00AF6C64">
      <w:pPr>
        <w:spacing w:after="0" w:line="240" w:lineRule="auto"/>
      </w:pPr>
      <w:r>
        <w:separator/>
      </w:r>
    </w:p>
  </w:endnote>
  <w:endnote w:type="continuationSeparator" w:id="0">
    <w:p w14:paraId="1BFA0C54" w14:textId="77777777" w:rsidR="00AF6C64" w:rsidRDefault="00AF6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00149" w14:textId="77777777" w:rsidR="00C2552D" w:rsidRDefault="00954079">
    <w:pPr>
      <w:pStyle w:val="Footer"/>
      <w:jc w:val="center"/>
    </w:pPr>
    <w:r>
      <w:rPr>
        <w:sz w:val="16"/>
      </w:rPr>
      <w:t>Forest Business Management Scenario - Objective 30-Minute Code Insert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A57FC" w14:textId="77777777" w:rsidR="00AF6C64" w:rsidRDefault="00AF6C64">
      <w:pPr>
        <w:spacing w:after="0" w:line="240" w:lineRule="auto"/>
      </w:pPr>
      <w:r>
        <w:separator/>
      </w:r>
    </w:p>
  </w:footnote>
  <w:footnote w:type="continuationSeparator" w:id="0">
    <w:p w14:paraId="20F33679" w14:textId="77777777" w:rsidR="00AF6C64" w:rsidRDefault="00AF6C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1739840">
    <w:abstractNumId w:val="8"/>
  </w:num>
  <w:num w:numId="2" w16cid:durableId="806093138">
    <w:abstractNumId w:val="6"/>
  </w:num>
  <w:num w:numId="3" w16cid:durableId="58406784">
    <w:abstractNumId w:val="5"/>
  </w:num>
  <w:num w:numId="4" w16cid:durableId="1969899261">
    <w:abstractNumId w:val="4"/>
  </w:num>
  <w:num w:numId="5" w16cid:durableId="973758972">
    <w:abstractNumId w:val="7"/>
  </w:num>
  <w:num w:numId="6" w16cid:durableId="580137141">
    <w:abstractNumId w:val="3"/>
  </w:num>
  <w:num w:numId="7" w16cid:durableId="515121500">
    <w:abstractNumId w:val="2"/>
  </w:num>
  <w:num w:numId="8" w16cid:durableId="1694501072">
    <w:abstractNumId w:val="1"/>
  </w:num>
  <w:num w:numId="9" w16cid:durableId="10716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956CC"/>
    <w:rsid w:val="0015074B"/>
    <w:rsid w:val="0029639D"/>
    <w:rsid w:val="00326F90"/>
    <w:rsid w:val="00406E0A"/>
    <w:rsid w:val="00675C91"/>
    <w:rsid w:val="008D0906"/>
    <w:rsid w:val="00954079"/>
    <w:rsid w:val="00A45823"/>
    <w:rsid w:val="00AA1D8D"/>
    <w:rsid w:val="00AF6C64"/>
    <w:rsid w:val="00B47730"/>
    <w:rsid w:val="00C2552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FFF8E"/>
  <w14:defaultImageDpi w14:val="300"/>
  <w15:docId w15:val="{A56D1D50-356A-430F-88ED-1C75FF17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AB825-1EE1-4846-B7DD-6416C8789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2048</Words>
  <Characters>11677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Cari Brown</cp:lastModifiedBy>
  <cp:revision>3</cp:revision>
  <dcterms:created xsi:type="dcterms:W3CDTF">2026-09-21T22:33:00Z</dcterms:created>
  <dcterms:modified xsi:type="dcterms:W3CDTF">2026-09-23T19:51:00Z</dcterms:modified>
  <cp:category/>
</cp:coreProperties>
</file>